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260F73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7BBC7BA9" w:rsidR="00F4085D" w:rsidRPr="00260F73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260F73">
        <w:rPr>
          <w:b/>
          <w:bCs/>
          <w:sz w:val="40"/>
          <w:szCs w:val="40"/>
        </w:rPr>
        <w:t xml:space="preserve">RCPI </w:t>
      </w:r>
      <w:r w:rsidR="007C0991" w:rsidRPr="00260F73">
        <w:rPr>
          <w:b/>
          <w:bCs/>
          <w:sz w:val="40"/>
          <w:szCs w:val="40"/>
        </w:rPr>
        <w:t xml:space="preserve">Higher Specialist </w:t>
      </w:r>
      <w:r w:rsidR="002D7D98" w:rsidRPr="00260F73">
        <w:rPr>
          <w:b/>
          <w:bCs/>
          <w:sz w:val="40"/>
          <w:szCs w:val="40"/>
        </w:rPr>
        <w:t>Training</w:t>
      </w:r>
      <w:r w:rsidR="007C0991" w:rsidRPr="00260F73">
        <w:rPr>
          <w:b/>
          <w:bCs/>
          <w:sz w:val="40"/>
          <w:szCs w:val="40"/>
        </w:rPr>
        <w:t>:</w:t>
      </w:r>
      <w:r w:rsidR="00F4085D" w:rsidRPr="00260F73">
        <w:rPr>
          <w:b/>
          <w:bCs/>
          <w:sz w:val="40"/>
          <w:szCs w:val="40"/>
        </w:rPr>
        <w:t xml:space="preserve"> </w:t>
      </w:r>
      <w:r w:rsidR="00A508CC">
        <w:rPr>
          <w:b/>
          <w:bCs/>
          <w:sz w:val="40"/>
          <w:szCs w:val="40"/>
        </w:rPr>
        <w:t>Pharmaceutical Medicine</w:t>
      </w:r>
    </w:p>
    <w:p w14:paraId="609CAFC3" w14:textId="0E8919FD" w:rsidR="007C0991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260F73">
        <w:rPr>
          <w:b/>
          <w:bCs/>
          <w:sz w:val="48"/>
          <w:szCs w:val="48"/>
        </w:rPr>
        <w:t>Curriculum Vitae</w:t>
      </w:r>
    </w:p>
    <w:p w14:paraId="158B37B7" w14:textId="77777777" w:rsidR="00260F73" w:rsidRDefault="00260F73" w:rsidP="00260F73"/>
    <w:p w14:paraId="3392D899" w14:textId="77777777" w:rsidR="00792807" w:rsidRPr="00260F73" w:rsidRDefault="00792807" w:rsidP="00260F73"/>
    <w:p w14:paraId="6E5B97C0" w14:textId="59A16C94" w:rsidR="00214ECC" w:rsidRPr="00260F73" w:rsidRDefault="003729FB" w:rsidP="001C17E4">
      <w:pPr>
        <w:pStyle w:val="Heading1"/>
      </w:pPr>
      <w:r w:rsidRPr="00260F73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260F73" w14:paraId="091518D3" w14:textId="77777777" w:rsidTr="00260F73">
        <w:tc>
          <w:tcPr>
            <w:tcW w:w="1886" w:type="pct"/>
            <w:vAlign w:val="center"/>
          </w:tcPr>
          <w:p w14:paraId="461D333E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Full Name:</w:t>
            </w:r>
          </w:p>
          <w:p w14:paraId="46EE3531" w14:textId="1A50F9B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3B7B6D19" w14:textId="14E466E6" w:rsidR="009E4AEB" w:rsidRPr="00260F73" w:rsidRDefault="001C17E4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773EA148" w14:textId="77777777" w:rsidTr="00260F73">
        <w:tc>
          <w:tcPr>
            <w:tcW w:w="1886" w:type="pct"/>
            <w:vAlign w:val="center"/>
          </w:tcPr>
          <w:p w14:paraId="62CA2F33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Medical Council (IMC) Registration Number:</w:t>
            </w:r>
          </w:p>
          <w:p w14:paraId="096607BC" w14:textId="79A3C1DB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  <w:vAlign w:val="center"/>
              </w:tcPr>
              <w:p w14:paraId="2A4369CD" w14:textId="4DD25E0D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36E9348D" w14:textId="77777777" w:rsidTr="00260F73">
        <w:tc>
          <w:tcPr>
            <w:tcW w:w="1886" w:type="pct"/>
            <w:vAlign w:val="center"/>
          </w:tcPr>
          <w:p w14:paraId="640B854D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Please list any prior medical registrations i.e. (GMC):</w:t>
            </w:r>
          </w:p>
          <w:p w14:paraId="38BE2FC2" w14:textId="5EE45BD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EndPr/>
            <w:sdtContent>
              <w:p w14:paraId="733AEED4" w14:textId="346A6196" w:rsidR="004D6768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E4AEB" w:rsidRPr="00260F73" w14:paraId="452C156E" w14:textId="77777777" w:rsidTr="00260F73">
        <w:tc>
          <w:tcPr>
            <w:tcW w:w="1886" w:type="pct"/>
            <w:vAlign w:val="center"/>
          </w:tcPr>
          <w:p w14:paraId="5B86263B" w14:textId="77777777" w:rsidR="009E4AEB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260F73">
              <w:rPr>
                <w:b/>
                <w:bCs/>
              </w:rPr>
              <w:t xml:space="preserve"> Post:</w:t>
            </w:r>
          </w:p>
          <w:p w14:paraId="2B91D0AD" w14:textId="646DAF20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13FF5351" w14:textId="76ACC4B8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Pr="00260F73" w:rsidRDefault="002931FF">
      <w:r w:rsidRPr="00260F7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12B16507">
                <wp:simplePos x="0" y="0"/>
                <wp:positionH relativeFrom="margin">
                  <wp:align>right</wp:align>
                </wp:positionH>
                <wp:positionV relativeFrom="paragraph">
                  <wp:posOffset>2131557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5EAA1869" w:rsidR="002931FF" w:rsidRPr="00792807" w:rsidRDefault="00792807" w:rsidP="0079280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67.8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AQHPvI&#10;3QAAAAgBAAAPAAAAAAAAAAAAAAAAAGgEAABkcnMvZG93bnJldi54bWxQSwUGAAAAAAQABADzAAAA&#10;cgUAAAAA&#10;">
                <v:textbox style="mso-fit-shape-to-text:t">
                  <w:txbxContent>
                    <w:p w14:paraId="0B7A552B" w14:textId="5EAA1869" w:rsidR="002931FF" w:rsidRPr="00792807" w:rsidRDefault="00792807" w:rsidP="00792807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260F73">
        <w:br w:type="page"/>
      </w:r>
    </w:p>
    <w:p w14:paraId="27A096EA" w14:textId="56CA61F4" w:rsidR="004929C5" w:rsidRPr="004929C5" w:rsidRDefault="00260F73" w:rsidP="004929C5">
      <w:pPr>
        <w:pStyle w:val="Heading1"/>
      </w:pPr>
      <w:r>
        <w:lastRenderedPageBreak/>
        <w:t>Career Objective / Personal Statement</w:t>
      </w:r>
    </w:p>
    <w:p w14:paraId="5A599AA4" w14:textId="5B9268A2" w:rsidR="00260F73" w:rsidRDefault="00260F73" w:rsidP="00260F73">
      <w:pPr>
        <w:rPr>
          <w:b/>
          <w:bCs/>
        </w:rPr>
      </w:pPr>
      <w:r w:rsidRPr="00260F73">
        <w:rPr>
          <w:b/>
          <w:bCs/>
        </w:rPr>
        <w:t xml:space="preserve">Brief statement (250 words) outlining your motivation for a career in </w:t>
      </w:r>
      <w:r w:rsidR="00446759">
        <w:rPr>
          <w:b/>
          <w:bCs/>
        </w:rPr>
        <w:t>medicine</w:t>
      </w:r>
      <w:r w:rsidRPr="00260F73">
        <w:rPr>
          <w:b/>
          <w:bCs/>
        </w:rPr>
        <w:t>, chosen specialty, and career goals within the HSE.</w:t>
      </w:r>
    </w:p>
    <w:sdt>
      <w:sdtPr>
        <w:rPr>
          <w:b/>
          <w:bCs/>
        </w:rPr>
        <w:id w:val="1461925480"/>
        <w:placeholder>
          <w:docPart w:val="D5F14FB66A15431389EB3E003A7DADB1"/>
        </w:placeholder>
        <w:showingPlcHdr/>
      </w:sdtPr>
      <w:sdtEndPr/>
      <w:sdtContent>
        <w:p w14:paraId="1C5F0DEB" w14:textId="3E4383BF" w:rsidR="00260F73" w:rsidRDefault="00260F73" w:rsidP="00260F73">
          <w:pPr>
            <w:rPr>
              <w:b/>
              <w:bCs/>
            </w:rPr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1FFBCF3" w14:textId="77777777" w:rsidR="00792807" w:rsidRDefault="00792807" w:rsidP="00792807"/>
    <w:p w14:paraId="73ED809F" w14:textId="7BE3ECC8" w:rsidR="00214ECC" w:rsidRPr="00260F73" w:rsidRDefault="003729FB" w:rsidP="001C17E4">
      <w:pPr>
        <w:pStyle w:val="Heading1"/>
      </w:pPr>
      <w:r w:rsidRPr="00260F73">
        <w:t>Commitment to Specialty &amp; Career Motivation</w:t>
      </w:r>
    </w:p>
    <w:p w14:paraId="3808862C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Why are you interested in this specialty?</w:t>
      </w:r>
      <w:r w:rsidR="002D7D98" w:rsidRPr="00260F73">
        <w:rPr>
          <w:b/>
          <w:bCs/>
        </w:rPr>
        <w:t xml:space="preserve"> (200 words)</w:t>
      </w:r>
    </w:p>
    <w:p w14:paraId="63A91466" w14:textId="26842EEA" w:rsidR="00214ECC" w:rsidRDefault="0015104E" w:rsidP="00597958">
      <w:sdt>
        <w:sdtPr>
          <w:id w:val="-1365520692"/>
          <w:placeholder>
            <w:docPart w:val="767E5F504CE04A3283DBB5C362BF53DD"/>
          </w:placeholder>
          <w:showingPlcHdr/>
        </w:sdtPr>
        <w:sdtEndPr/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11D740AE" w14:textId="6D2BF1E3" w:rsidR="00446759" w:rsidRDefault="00446759" w:rsidP="00446759">
      <w:pPr>
        <w:pStyle w:val="ListParagraph"/>
        <w:numPr>
          <w:ilvl w:val="0"/>
          <w:numId w:val="14"/>
        </w:numPr>
        <w:rPr>
          <w:b/>
          <w:bCs/>
        </w:rPr>
      </w:pPr>
      <w:r w:rsidRPr="00446759">
        <w:rPr>
          <w:b/>
          <w:bCs/>
        </w:rPr>
        <w:t>What experiences have influenced your decision to pursue this area? (200 words)</w:t>
      </w:r>
    </w:p>
    <w:sdt>
      <w:sdtPr>
        <w:id w:val="-1720120786"/>
        <w:placeholder>
          <w:docPart w:val="E784E538356841158C171F82ADDD532E"/>
        </w:placeholder>
        <w:showingPlcHdr/>
      </w:sdtPr>
      <w:sdtEndPr/>
      <w:sdtContent>
        <w:p w14:paraId="38F57373" w14:textId="4625A906" w:rsidR="00446759" w:rsidRPr="00446759" w:rsidRDefault="00446759" w:rsidP="00446759">
          <w:r w:rsidRPr="00446759">
            <w:rPr>
              <w:rStyle w:val="PlaceholderText"/>
              <w:lang w:val="en-US"/>
            </w:rPr>
            <w:t>Click or tap here to enter text.</w:t>
          </w:r>
        </w:p>
      </w:sdtContent>
    </w:sdt>
    <w:p w14:paraId="51C12F35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steps have you taken to build your career in this specialty? (e.g., rotations, audits,</w:t>
      </w:r>
      <w:r w:rsidRPr="00260F73">
        <w:t xml:space="preserve"> </w:t>
      </w:r>
      <w:r w:rsidRPr="00260F73">
        <w:rPr>
          <w:b/>
          <w:bCs/>
        </w:rPr>
        <w:t>courses, research)</w:t>
      </w:r>
      <w:r w:rsidR="002D7D98" w:rsidRPr="00260F73">
        <w:rPr>
          <w:b/>
          <w:bCs/>
        </w:rPr>
        <w:t xml:space="preserve"> (200 words)</w:t>
      </w:r>
    </w:p>
    <w:p w14:paraId="3E3713EA" w14:textId="000B6F80" w:rsidR="009E4AEB" w:rsidRPr="00260F73" w:rsidRDefault="0015104E" w:rsidP="00597958">
      <w:sdt>
        <w:sdtPr>
          <w:id w:val="-462970739"/>
          <w:placeholder>
            <w:docPart w:val="15FA136DFCC9400EA3643631FD9D49AC"/>
          </w:placeholder>
          <w:showingPlcHdr/>
        </w:sdtPr>
        <w:sdtEndPr/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6D446B95" w14:textId="1EC5124C" w:rsidR="007C3707" w:rsidRPr="00260F73" w:rsidRDefault="00260F73" w:rsidP="00260F73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are your short- and long-term career goals in this field? (200 words)</w:t>
      </w:r>
    </w:p>
    <w:sdt>
      <w:sdtPr>
        <w:id w:val="616039675"/>
        <w:placeholder>
          <w:docPart w:val="0650B01579224C17841E78E78C05793F"/>
        </w:placeholder>
        <w:showingPlcHdr/>
      </w:sdtPr>
      <w:sdtEndPr/>
      <w:sdtContent>
        <w:p w14:paraId="39B80081" w14:textId="30FBE651" w:rsidR="00260F73" w:rsidRDefault="00260F73" w:rsidP="00260F73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3D43E750" w14:textId="77777777" w:rsidR="00A508CC" w:rsidRPr="00260F73" w:rsidRDefault="00A508CC" w:rsidP="00260F73"/>
    <w:p w14:paraId="5BCD0A8D" w14:textId="77777777" w:rsidR="00792807" w:rsidRDefault="00792807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51238C5F" w:rsidR="002D7D98" w:rsidRPr="00260F73" w:rsidRDefault="003729FB" w:rsidP="001C17E4">
      <w:pPr>
        <w:pStyle w:val="Heading1"/>
      </w:pPr>
      <w:r w:rsidRPr="00260F73">
        <w:lastRenderedPageBreak/>
        <w:t>Medical Education &amp; Qualifications</w:t>
      </w:r>
      <w:r w:rsidR="002D7D98" w:rsidRPr="00260F73">
        <w:t xml:space="preserve"> – Including Memberships</w:t>
      </w:r>
      <w:r w:rsidR="00C7253B" w:rsidRPr="00260F73">
        <w:t xml:space="preserve"> and Courses</w:t>
      </w:r>
    </w:p>
    <w:p w14:paraId="0A20EB36" w14:textId="73367547" w:rsidR="000A5F58" w:rsidRDefault="000A5F58" w:rsidP="000A5F58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260F73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B16633" w:rsidRPr="00260F73">
              <w:rPr>
                <w:b/>
                <w:bCs/>
              </w:rPr>
              <w:t xml:space="preserve"> </w:t>
            </w:r>
            <w:r w:rsidR="00F4085D" w:rsidRPr="00260F73">
              <w:rPr>
                <w:b/>
                <w:bCs/>
              </w:rPr>
              <w:t>A</w:t>
            </w:r>
            <w:r w:rsidR="00B16633" w:rsidRPr="00260F73">
              <w:rPr>
                <w:b/>
                <w:bCs/>
              </w:rPr>
              <w:t>ttached</w:t>
            </w:r>
          </w:p>
        </w:tc>
      </w:tr>
      <w:tr w:rsidR="002D7D98" w:rsidRPr="00260F73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EndPr/>
          <w:sdtContent>
            <w:tc>
              <w:tcPr>
                <w:tcW w:w="966" w:type="pct"/>
              </w:tcPr>
              <w:p w14:paraId="407904E6" w14:textId="7D7C9955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EndPr/>
          <w:sdtContent>
            <w:tc>
              <w:tcPr>
                <w:tcW w:w="959" w:type="pct"/>
              </w:tcPr>
              <w:p w14:paraId="7DBDB907" w14:textId="4C9AC59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EndPr/>
          <w:sdtContent>
            <w:tc>
              <w:tcPr>
                <w:tcW w:w="980" w:type="pct"/>
              </w:tcPr>
              <w:p w14:paraId="72703AB3" w14:textId="6E71EC0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5688DA4A" w14:textId="6DDA52B4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EndPr/>
          <w:sdtContent>
            <w:tc>
              <w:tcPr>
                <w:tcW w:w="966" w:type="pct"/>
              </w:tcPr>
              <w:p w14:paraId="62C3AD32" w14:textId="6638C231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EndPr/>
          <w:sdtContent>
            <w:tc>
              <w:tcPr>
                <w:tcW w:w="959" w:type="pct"/>
              </w:tcPr>
              <w:p w14:paraId="07D82FA8" w14:textId="5BFD216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0BA9075E" w14:textId="162F6E1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E8C51A0" w14:textId="061DBBD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EndPr/>
          <w:sdtContent>
            <w:tc>
              <w:tcPr>
                <w:tcW w:w="966" w:type="pct"/>
              </w:tcPr>
              <w:p w14:paraId="0E5CF259" w14:textId="2F2E8C43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EndPr/>
          <w:sdtContent>
            <w:tc>
              <w:tcPr>
                <w:tcW w:w="959" w:type="pct"/>
              </w:tcPr>
              <w:p w14:paraId="1EC9F948" w14:textId="05AC5BB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456CF46E" w14:textId="0F54226E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7FE9FF6A" w14:textId="3A9642D9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EndPr/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2D7D98" w:rsidRPr="00260F73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69603CA0" w14:textId="31EEC6B0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2C02ADFA" w14:textId="10A0B363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7DD92037" w14:textId="133D9C3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0DB5DA5D" w14:textId="57818F0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EndPr/>
            <w:sdtContent>
              <w:tr w:rsidR="00C95D05" w:rsidRPr="00260F73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0395932B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1C3B902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3415A5C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3D855799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6EA8E238" w14:textId="77777777" w:rsidR="00792807" w:rsidRDefault="00792807" w:rsidP="00792807"/>
    <w:p w14:paraId="75B4FEB0" w14:textId="641AAE98" w:rsidR="3FE541D5" w:rsidRPr="00260F73" w:rsidRDefault="002D7D98" w:rsidP="001C17E4">
      <w:pPr>
        <w:pStyle w:val="Heading1"/>
      </w:pPr>
      <w:r w:rsidRPr="00260F73">
        <w:t>Current Professional Registrations</w:t>
      </w:r>
      <w:r w:rsidR="00F4085D" w:rsidRPr="00260F73">
        <w:t xml:space="preserve"> </w:t>
      </w:r>
      <w:r w:rsidR="2D96377B" w:rsidRPr="00260F73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260F73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F4085D" w:rsidRPr="00260F73">
              <w:rPr>
                <w:b/>
                <w:bCs/>
              </w:rPr>
              <w:t xml:space="preserve"> Attached</w:t>
            </w:r>
          </w:p>
        </w:tc>
      </w:tr>
      <w:tr w:rsidR="002D7D98" w:rsidRPr="00260F73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EndPr/>
          <w:sdtContent>
            <w:tc>
              <w:tcPr>
                <w:tcW w:w="749" w:type="pct"/>
              </w:tcPr>
              <w:p w14:paraId="5DE52878" w14:textId="705B3DA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3B4E7722" w14:textId="48736194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EndPr/>
          <w:sdtContent>
            <w:tc>
              <w:tcPr>
                <w:tcW w:w="818" w:type="pct"/>
              </w:tcPr>
              <w:p w14:paraId="4433956D" w14:textId="37C027FA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C3D30A3" w14:textId="7A36AFB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E8C2E90" w14:textId="2B1B9F91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Pr="00260F73" w:rsidRDefault="001B2E81" w:rsidP="00597958">
            <w:pPr>
              <w:jc w:val="center"/>
            </w:pPr>
            <w:r w:rsidRPr="00260F73"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Pr="00260F73" w:rsidRDefault="001B2E81" w:rsidP="00597958">
            <w:pPr>
              <w:jc w:val="center"/>
            </w:pPr>
            <w:r w:rsidRPr="00260F73"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 xml:space="preserve"> </w:t>
            </w:r>
          </w:p>
        </w:tc>
      </w:tr>
      <w:tr w:rsidR="00B16633" w:rsidRPr="00260F7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F6A3CE1" w14:textId="0D7E4A4E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49AE3929" w14:textId="0FD27D86" w:rsidR="00B16633" w:rsidRPr="00260F73" w:rsidRDefault="0079280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818" w:type="pct"/>
              </w:tcPr>
              <w:p w14:paraId="3BD3C74A" w14:textId="54571F4D" w:rsidR="00B16633" w:rsidRPr="00260F73" w:rsidRDefault="0079280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6914337" w14:textId="5C291A84" w:rsidR="00B16633" w:rsidRPr="00260F73" w:rsidRDefault="0079280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DCC6CF2" w14:textId="67E2B06F" w:rsidR="00B16633" w:rsidRPr="00260F73" w:rsidRDefault="0079280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:rsidRPr="00260F7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5160684" w14:textId="3068EB49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22" w:type="pct"/>
              </w:tcPr>
              <w:p w14:paraId="0904B07A" w14:textId="4C7C0120" w:rsidR="00B16633" w:rsidRPr="00260F73" w:rsidRDefault="0079280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818" w:type="pct"/>
              </w:tcPr>
              <w:p w14:paraId="13F2E67B" w14:textId="43FC57A4" w:rsidR="00B16633" w:rsidRPr="00260F73" w:rsidRDefault="0079280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880ABF6" w14:textId="259B9BC3" w:rsidR="00B16633" w:rsidRPr="00260F73" w:rsidRDefault="0079280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87" w:type="pct"/>
              </w:tcPr>
              <w:p w14:paraId="2B51EDCF" w14:textId="3302EBC9" w:rsidR="00B16633" w:rsidRPr="00260F73" w:rsidRDefault="0079280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EndPr/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B16633" w:rsidRPr="00260F7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49" w:type="pct"/>
                      </w:tcPr>
                      <w:p w14:paraId="220FAB30" w14:textId="7FD7EF89" w:rsidR="00B16633" w:rsidRPr="00260F73" w:rsidRDefault="00B1663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22" w:type="pct"/>
                      </w:tcPr>
                      <w:p w14:paraId="4E270E41" w14:textId="525B71AD" w:rsidR="00B16633" w:rsidRPr="00260F73" w:rsidRDefault="00792807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818" w:type="pct"/>
                      </w:tcPr>
                      <w:p w14:paraId="4B5AA7D5" w14:textId="7A91C27B" w:rsidR="00B16633" w:rsidRPr="00260F73" w:rsidRDefault="00792807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6FE57682" w14:textId="017E183B" w:rsidR="00B16633" w:rsidRPr="00260F73" w:rsidRDefault="00792807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87" w:type="pct"/>
                      </w:tcPr>
                      <w:p w14:paraId="51005B27" w14:textId="40B10EB3" w:rsidR="00B16633" w:rsidRPr="00260F73" w:rsidRDefault="00792807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Pr="00260F73" w:rsidRDefault="001B2E81" w:rsidP="001B2E81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Pr="00260F73" w:rsidRDefault="001B2E81" w:rsidP="001B2E81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E06CE75" w14:textId="77777777" w:rsidR="002D7D98" w:rsidRPr="00260F73" w:rsidRDefault="002D7D98"/>
    <w:p w14:paraId="14AD253B" w14:textId="204925B4" w:rsidR="00214ECC" w:rsidRPr="00260F73" w:rsidRDefault="00D51D74" w:rsidP="001C17E4">
      <w:pPr>
        <w:pStyle w:val="Heading1"/>
      </w:pPr>
      <w:r>
        <w:lastRenderedPageBreak/>
        <w:t>Specialty</w:t>
      </w:r>
      <w:r w:rsidR="003729FB" w:rsidRPr="00260F73">
        <w:t xml:space="preserve"> Employment History</w:t>
      </w:r>
    </w:p>
    <w:p w14:paraId="5179FB9C" w14:textId="1C1F9C5C" w:rsidR="00214ECC" w:rsidRPr="00260F73" w:rsidRDefault="003729FB">
      <w:r w:rsidRPr="00260F73"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:rsidRPr="00260F73" w14:paraId="2D16504D" w14:textId="77777777" w:rsidTr="00E70F08">
        <w:tc>
          <w:tcPr>
            <w:tcW w:w="9350" w:type="dxa"/>
            <w:gridSpan w:val="2"/>
          </w:tcPr>
          <w:p w14:paraId="57CB4B58" w14:textId="7A16C50A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:rsidRPr="00260F73" w14:paraId="20EAB3EC" w14:textId="77777777" w:rsidTr="002E140B">
        <w:tc>
          <w:tcPr>
            <w:tcW w:w="2547" w:type="dxa"/>
          </w:tcPr>
          <w:p w14:paraId="4C1371F0" w14:textId="773A0F9E" w:rsidR="00597958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2106E778" w14:textId="1DAEE8EA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09CE63E9" w14:textId="77777777" w:rsidTr="002E140B">
        <w:tc>
          <w:tcPr>
            <w:tcW w:w="2547" w:type="dxa"/>
          </w:tcPr>
          <w:p w14:paraId="67052997" w14:textId="449E67BD" w:rsidR="00597958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C198349" w14:textId="208FC157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423BA94B" w14:textId="77777777" w:rsidTr="002E140B">
        <w:tc>
          <w:tcPr>
            <w:tcW w:w="2547" w:type="dxa"/>
          </w:tcPr>
          <w:p w14:paraId="4DDB93B2" w14:textId="7F833D2D" w:rsidR="00597958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BBDFA63" w14:textId="4FCAA322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:rsidRPr="00260F73" w14:paraId="6A2FA343" w14:textId="77777777" w:rsidTr="002E140B">
        <w:tc>
          <w:tcPr>
            <w:tcW w:w="2547" w:type="dxa"/>
          </w:tcPr>
          <w:p w14:paraId="05DA6982" w14:textId="689D0E30" w:rsidR="00597958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70E49BD" w14:textId="7ED909CB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Pr="00260F73" w:rsidRDefault="002E140B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4041384" w14:textId="42470ED5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690E1D74" w:rsidR="002E140B" w:rsidRPr="00260F73" w:rsidRDefault="002E140B" w:rsidP="002E140B"/>
        </w:tc>
      </w:tr>
      <w:tr w:rsidR="002E140B" w:rsidRPr="00260F73" w14:paraId="11904FE7" w14:textId="77777777" w:rsidTr="00E70F08">
        <w:tc>
          <w:tcPr>
            <w:tcW w:w="9350" w:type="dxa"/>
            <w:gridSpan w:val="2"/>
          </w:tcPr>
          <w:p w14:paraId="17040DC0" w14:textId="12E8D0F3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:rsidRPr="00260F73" w14:paraId="0D159708" w14:textId="77777777" w:rsidTr="002E140B">
        <w:tc>
          <w:tcPr>
            <w:tcW w:w="2547" w:type="dxa"/>
          </w:tcPr>
          <w:p w14:paraId="6855F987" w14:textId="77777777" w:rsidR="002E140B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5529B1E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3FF24D13" w14:textId="77777777" w:rsidTr="002E140B">
        <w:tc>
          <w:tcPr>
            <w:tcW w:w="2547" w:type="dxa"/>
          </w:tcPr>
          <w:p w14:paraId="104FCC2D" w14:textId="77777777" w:rsidR="002E140B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0588BA6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15579743" w14:textId="77777777" w:rsidTr="002E140B">
        <w:tc>
          <w:tcPr>
            <w:tcW w:w="2547" w:type="dxa"/>
          </w:tcPr>
          <w:p w14:paraId="4D83AFB6" w14:textId="77777777" w:rsidR="002E140B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FF8C2D7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48B155F2" w14:textId="77777777" w:rsidTr="002E140B">
        <w:tc>
          <w:tcPr>
            <w:tcW w:w="2547" w:type="dxa"/>
          </w:tcPr>
          <w:p w14:paraId="5C52A10E" w14:textId="77777777" w:rsidR="002E140B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8F98D5F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Pr="00260F73" w:rsidRDefault="002E140B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EFBB2EB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29A7515B" w:rsidR="002E140B" w:rsidRPr="00260F73" w:rsidRDefault="002E140B" w:rsidP="002E140B"/>
        </w:tc>
      </w:tr>
      <w:tr w:rsidR="00792807" w:rsidRPr="00260F73" w14:paraId="755E0BFC" w14:textId="77777777" w:rsidTr="00E70F08">
        <w:tc>
          <w:tcPr>
            <w:tcW w:w="9350" w:type="dxa"/>
            <w:gridSpan w:val="2"/>
          </w:tcPr>
          <w:p w14:paraId="5148EAA1" w14:textId="30BDF708" w:rsidR="00792807" w:rsidRPr="00260F73" w:rsidRDefault="00792807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115745939"/>
                <w:placeholder>
                  <w:docPart w:val="A8313AC1A6664BC996892197D812C8B0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92807" w:rsidRPr="00260F73" w14:paraId="28B1237E" w14:textId="77777777" w:rsidTr="002E140B">
        <w:tc>
          <w:tcPr>
            <w:tcW w:w="2547" w:type="dxa"/>
          </w:tcPr>
          <w:p w14:paraId="33FEB929" w14:textId="77777777" w:rsidR="00792807" w:rsidRPr="00260F73" w:rsidRDefault="00792807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1149279991"/>
            <w:placeholder>
              <w:docPart w:val="2297149943FB4CAEAD3E76D14FCF522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E12220D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92807" w:rsidRPr="00260F73" w14:paraId="093AA41A" w14:textId="77777777" w:rsidTr="002E140B">
        <w:tc>
          <w:tcPr>
            <w:tcW w:w="2547" w:type="dxa"/>
          </w:tcPr>
          <w:p w14:paraId="2EAB594A" w14:textId="77777777" w:rsidR="00792807" w:rsidRPr="00260F73" w:rsidRDefault="00792807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8605585"/>
            <w:placeholder>
              <w:docPart w:val="F1E4B7DFF15D4BBC9F5C6E51FE94A79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7E8D2E6A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92807" w:rsidRPr="00260F73" w14:paraId="15386FDE" w14:textId="77777777" w:rsidTr="002E140B">
        <w:tc>
          <w:tcPr>
            <w:tcW w:w="2547" w:type="dxa"/>
          </w:tcPr>
          <w:p w14:paraId="29B63C35" w14:textId="77777777" w:rsidR="00792807" w:rsidRPr="00260F73" w:rsidRDefault="00792807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67034710"/>
            <w:placeholder>
              <w:docPart w:val="2B3317FEEC3C4152B813A064BCF463E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F309106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69E62C67" w14:textId="77777777" w:rsidTr="002E140B">
        <w:tc>
          <w:tcPr>
            <w:tcW w:w="2547" w:type="dxa"/>
          </w:tcPr>
          <w:p w14:paraId="31286593" w14:textId="77777777" w:rsidR="00792807" w:rsidRPr="00260F73" w:rsidRDefault="00792807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002271151"/>
            <w:placeholder>
              <w:docPart w:val="F22A9C04F51842A5AFE1DCF5BB30B897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5CD8EA4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58241762" w14:textId="77777777" w:rsidTr="002E140B">
        <w:tc>
          <w:tcPr>
            <w:tcW w:w="2547" w:type="dxa"/>
            <w:vAlign w:val="center"/>
          </w:tcPr>
          <w:p w14:paraId="3E424AF4" w14:textId="77777777" w:rsidR="00792807" w:rsidRPr="00260F73" w:rsidRDefault="00792807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124980344"/>
            <w:placeholder>
              <w:docPart w:val="4099DDDD94AD4FED825DEA7E7694F45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10423CD3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7ECA681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BA1F54C" w14:textId="77777777" w:rsidR="00792807" w:rsidRPr="00260F73" w:rsidRDefault="00792807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1255514309"/>
            <w:placeholder>
              <w:docPart w:val="BB0F4B7CA261497F895396DEDC97C1CE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F4C57A1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52ACFA04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07574D" w14:textId="2B5D2E17" w:rsidR="00792807" w:rsidRPr="00260F73" w:rsidRDefault="00792807" w:rsidP="002E140B"/>
        </w:tc>
      </w:tr>
      <w:tr w:rsidR="00792807" w:rsidRPr="00260F73" w14:paraId="0BDC9727" w14:textId="77777777" w:rsidTr="00E70F08">
        <w:tc>
          <w:tcPr>
            <w:tcW w:w="9350" w:type="dxa"/>
            <w:gridSpan w:val="2"/>
          </w:tcPr>
          <w:p w14:paraId="6CC2E51E" w14:textId="2CE2047E" w:rsidR="00792807" w:rsidRPr="00260F73" w:rsidRDefault="00792807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1839264263"/>
                <w:placeholder>
                  <w:docPart w:val="AD1E2B6B59BE4D0296B82DF74515AE7F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92807" w:rsidRPr="00260F73" w14:paraId="6AC77C5E" w14:textId="77777777" w:rsidTr="002E140B">
        <w:tc>
          <w:tcPr>
            <w:tcW w:w="2547" w:type="dxa"/>
          </w:tcPr>
          <w:p w14:paraId="289F7256" w14:textId="77777777" w:rsidR="00792807" w:rsidRPr="00260F73" w:rsidRDefault="00792807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421225064"/>
            <w:placeholder>
              <w:docPart w:val="65A4195CD8334B1CA720AEAFC4014BC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07F20571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92807" w:rsidRPr="00260F73" w14:paraId="4FC5ED2A" w14:textId="77777777" w:rsidTr="002E140B">
        <w:tc>
          <w:tcPr>
            <w:tcW w:w="2547" w:type="dxa"/>
          </w:tcPr>
          <w:p w14:paraId="01FB0475" w14:textId="77777777" w:rsidR="00792807" w:rsidRPr="00260F73" w:rsidRDefault="00792807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488252212"/>
            <w:placeholder>
              <w:docPart w:val="A2730A87A8D74D45BD6B81A7849C6EC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15E6BBF9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92807" w:rsidRPr="00260F73" w14:paraId="3A4F8F2A" w14:textId="77777777" w:rsidTr="002E140B">
        <w:tc>
          <w:tcPr>
            <w:tcW w:w="2547" w:type="dxa"/>
          </w:tcPr>
          <w:p w14:paraId="77284D74" w14:textId="77777777" w:rsidR="00792807" w:rsidRPr="00260F73" w:rsidRDefault="00792807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279883230"/>
            <w:placeholder>
              <w:docPart w:val="C1F7F1B95E984A19A93D90E6B852479D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0305C3E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4665B22C" w14:textId="77777777" w:rsidTr="002E140B">
        <w:tc>
          <w:tcPr>
            <w:tcW w:w="2547" w:type="dxa"/>
          </w:tcPr>
          <w:p w14:paraId="19341387" w14:textId="77777777" w:rsidR="00792807" w:rsidRPr="00260F73" w:rsidRDefault="00792807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1053349162"/>
            <w:placeholder>
              <w:docPart w:val="04F15342CE2B4639924C3380B4E1CD13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DDDF0A4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6DE8AEDB" w14:textId="77777777" w:rsidTr="002E140B">
        <w:tc>
          <w:tcPr>
            <w:tcW w:w="2547" w:type="dxa"/>
            <w:vAlign w:val="center"/>
          </w:tcPr>
          <w:p w14:paraId="46711FB8" w14:textId="77777777" w:rsidR="00792807" w:rsidRPr="00260F73" w:rsidRDefault="00792807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662134029"/>
            <w:placeholder>
              <w:docPart w:val="76B62AF229FE41CDA7C12280DD236ABF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CDAB899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43FA8C3E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288E958" w14:textId="77777777" w:rsidR="00792807" w:rsidRPr="00260F73" w:rsidRDefault="00792807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341750037"/>
            <w:placeholder>
              <w:docPart w:val="3C8BD8E5DB7F41C08B51D4E59666D5BA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296C8A18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0669DA4B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E2F1F9" w14:textId="24FD84F2" w:rsidR="00792807" w:rsidRPr="00260F73" w:rsidRDefault="00792807" w:rsidP="002E140B"/>
        </w:tc>
      </w:tr>
      <w:tr w:rsidR="00792807" w:rsidRPr="00260F73" w14:paraId="773E13D5" w14:textId="77777777" w:rsidTr="00E70F08">
        <w:tc>
          <w:tcPr>
            <w:tcW w:w="9350" w:type="dxa"/>
            <w:gridSpan w:val="2"/>
          </w:tcPr>
          <w:p w14:paraId="148CC3BE" w14:textId="57C48B8A" w:rsidR="00792807" w:rsidRPr="00260F73" w:rsidRDefault="00792807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1107394525"/>
                <w:placeholder>
                  <w:docPart w:val="BC8770D56720454990BDF26E55748FD3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92807" w:rsidRPr="00260F73" w14:paraId="4E9B994D" w14:textId="77777777" w:rsidTr="002E140B">
        <w:tc>
          <w:tcPr>
            <w:tcW w:w="2547" w:type="dxa"/>
          </w:tcPr>
          <w:p w14:paraId="238BBAFB" w14:textId="77777777" w:rsidR="00792807" w:rsidRPr="00260F73" w:rsidRDefault="00792807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1831441796"/>
            <w:placeholder>
              <w:docPart w:val="F752AF3C65F94162A04E5848D4604E2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290F88A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92807" w:rsidRPr="00260F73" w14:paraId="54E5016B" w14:textId="77777777" w:rsidTr="002E140B">
        <w:tc>
          <w:tcPr>
            <w:tcW w:w="2547" w:type="dxa"/>
          </w:tcPr>
          <w:p w14:paraId="425510A4" w14:textId="77777777" w:rsidR="00792807" w:rsidRPr="00260F73" w:rsidRDefault="00792807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647011385"/>
            <w:placeholder>
              <w:docPart w:val="9082C0916605441EA105F35E940CEF0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546C2C1C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92807" w:rsidRPr="00260F73" w14:paraId="092629E5" w14:textId="77777777" w:rsidTr="002E140B">
        <w:tc>
          <w:tcPr>
            <w:tcW w:w="2547" w:type="dxa"/>
          </w:tcPr>
          <w:p w14:paraId="70743824" w14:textId="77777777" w:rsidR="00792807" w:rsidRPr="00260F73" w:rsidRDefault="00792807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501745546"/>
            <w:placeholder>
              <w:docPart w:val="33FC78A74C724B43B9AD5C7A3C877465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359AA7DA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4E6C8326" w14:textId="77777777" w:rsidTr="002E140B">
        <w:tc>
          <w:tcPr>
            <w:tcW w:w="2547" w:type="dxa"/>
          </w:tcPr>
          <w:p w14:paraId="1821E58D" w14:textId="77777777" w:rsidR="00792807" w:rsidRPr="00260F73" w:rsidRDefault="00792807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774908930"/>
            <w:placeholder>
              <w:docPart w:val="934B05148BBD4EBEA2910119F7AE8628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76FFDE7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4B9C7C75" w14:textId="77777777" w:rsidTr="002E140B">
        <w:tc>
          <w:tcPr>
            <w:tcW w:w="2547" w:type="dxa"/>
            <w:vAlign w:val="center"/>
          </w:tcPr>
          <w:p w14:paraId="33F028CA" w14:textId="77777777" w:rsidR="00792807" w:rsidRPr="00260F73" w:rsidRDefault="00792807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-1501501813"/>
            <w:placeholder>
              <w:docPart w:val="DF2A42D065EA41AFB27A71652B11963B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1F599B03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6E04A216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4D5F8173" w14:textId="77777777" w:rsidR="00792807" w:rsidRPr="00260F73" w:rsidRDefault="00792807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1136097251"/>
            <w:placeholder>
              <w:docPart w:val="80AEC30546454BB288391A9B6C8F9771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3F5F6A9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01D953B7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CB0706" w14:textId="29F6BF54" w:rsidR="00792807" w:rsidRPr="00260F73" w:rsidRDefault="00792807" w:rsidP="002E140B"/>
        </w:tc>
      </w:tr>
    </w:tbl>
    <w:p w14:paraId="005D8A76" w14:textId="77777777" w:rsidR="00792807" w:rsidRDefault="00792807">
      <w:pPr>
        <w:pStyle w:val="Heading1"/>
      </w:pPr>
    </w:p>
    <w:p w14:paraId="448D4674" w14:textId="77777777" w:rsidR="00792807" w:rsidRDefault="00792807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1F957A9B" w:rsidR="00214ECC" w:rsidRPr="00260F73" w:rsidRDefault="007C3707">
      <w:pPr>
        <w:pStyle w:val="Heading1"/>
      </w:pPr>
      <w:r w:rsidRPr="00260F73">
        <w:lastRenderedPageBreak/>
        <w:t>A</w:t>
      </w:r>
      <w:r w:rsidR="003729FB" w:rsidRPr="00260F73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:rsidRPr="00260F73" w14:paraId="1AC9EFE7" w14:textId="77777777" w:rsidTr="0019370D">
        <w:tc>
          <w:tcPr>
            <w:tcW w:w="9350" w:type="dxa"/>
            <w:gridSpan w:val="2"/>
          </w:tcPr>
          <w:p w14:paraId="4B30661B" w14:textId="3C3DDB1D" w:rsidR="008525FA" w:rsidRPr="00260F73" w:rsidRDefault="008525FA" w:rsidP="002D7D98">
            <w:r w:rsidRPr="00260F73">
              <w:rPr>
                <w:b/>
                <w:bCs/>
              </w:rPr>
              <w:t>Project Title</w:t>
            </w:r>
            <w:r w:rsidR="00CD745A" w:rsidRPr="00260F73">
              <w:rPr>
                <w:b/>
                <w:bCs/>
              </w:rPr>
              <w:t>:</w:t>
            </w:r>
            <w:r w:rsidR="00A0792E" w:rsidRPr="00260F73">
              <w:rPr>
                <w:b/>
                <w:bCs/>
              </w:rPr>
              <w:t xml:space="preserve"> </w:t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EndPr/>
              <w:sdtContent>
                <w:r w:rsidR="00CD745A"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:rsidRPr="00260F73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Pr="00260F73" w:rsidRDefault="00CD745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45FB9AC" w14:textId="2D45EB7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Pr="00260F73" w:rsidRDefault="00CD745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Pr="00260F73" w:rsidRDefault="00CD745A" w:rsidP="002D7D98">
            <w:r w:rsidRPr="00260F73"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5D02023" w14:textId="60E95C39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57FE0445" w14:textId="66AEC1FD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:rsidRPr="00260F73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53A3E46" w14:textId="77777777" w:rsidR="008525FA" w:rsidRPr="00260F73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673DCAB" w14:textId="7BD4129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2E70E9ED" w14:textId="77777777" w:rsidR="008525FA" w:rsidRPr="00260F73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CCAF454" w14:textId="4840209E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Pr="00260F73" w:rsidRDefault="00CD745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91EB2BF" w14:textId="28F05A7B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Pr="00260F73" w:rsidRDefault="00CD745A" w:rsidP="002D7D98">
            <w:r w:rsidRPr="00260F73"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22AA19D3" w:rsidR="00CD745A" w:rsidRPr="00260F73" w:rsidRDefault="00CD745A" w:rsidP="002D7D98"/>
        </w:tc>
      </w:tr>
      <w:tr w:rsidR="003713D2" w:rsidRPr="00260F73" w14:paraId="7FD5D7F1" w14:textId="77777777" w:rsidTr="0019370D">
        <w:tc>
          <w:tcPr>
            <w:tcW w:w="9350" w:type="dxa"/>
            <w:gridSpan w:val="2"/>
          </w:tcPr>
          <w:p w14:paraId="7A8FF5CE" w14:textId="16702D01" w:rsidR="003713D2" w:rsidRPr="00260F73" w:rsidRDefault="003713D2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433701423"/>
                <w:placeholder>
                  <w:docPart w:val="D90A19DFEA52488BB99915162C93968C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713D2" w:rsidRPr="00260F73" w14:paraId="16B7DFA9" w14:textId="77777777" w:rsidTr="00A0792E">
        <w:tc>
          <w:tcPr>
            <w:tcW w:w="2830" w:type="dxa"/>
            <w:vAlign w:val="center"/>
          </w:tcPr>
          <w:p w14:paraId="49CA3F59" w14:textId="77777777" w:rsidR="003713D2" w:rsidRPr="00260F73" w:rsidRDefault="003713D2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1325551126"/>
            <w:placeholder>
              <w:docPart w:val="521563FD68FD43D5BA165673FF6D1378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6EED0A7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9C2E69A" w14:textId="77777777" w:rsidTr="00A0792E">
        <w:tc>
          <w:tcPr>
            <w:tcW w:w="2830" w:type="dxa"/>
            <w:vAlign w:val="center"/>
          </w:tcPr>
          <w:p w14:paraId="270C1B41" w14:textId="77777777" w:rsidR="003713D2" w:rsidRPr="00260F73" w:rsidRDefault="003713D2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7E63AF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14757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683555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305596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4BFF7EBF" w14:textId="77777777" w:rsidTr="00A0792E">
        <w:tc>
          <w:tcPr>
            <w:tcW w:w="2830" w:type="dxa"/>
            <w:vAlign w:val="center"/>
          </w:tcPr>
          <w:p w14:paraId="15155400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643635738"/>
            <w:placeholder>
              <w:docPart w:val="AE408CFFC6BA4AA5A655C4CB9E8D33B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6E44445C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0535368D" w14:textId="77777777" w:rsidTr="00A0792E">
        <w:tc>
          <w:tcPr>
            <w:tcW w:w="2830" w:type="dxa"/>
            <w:vAlign w:val="center"/>
          </w:tcPr>
          <w:p w14:paraId="23AE5302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441984824"/>
            <w:placeholder>
              <w:docPart w:val="77C883E787A7487E8AC9A2460D0D612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1B3439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3D0ACDE4" w14:textId="77777777" w:rsidTr="00A0792E">
        <w:tc>
          <w:tcPr>
            <w:tcW w:w="2830" w:type="dxa"/>
            <w:vAlign w:val="center"/>
          </w:tcPr>
          <w:p w14:paraId="657A7D5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7273C56" w14:textId="77777777" w:rsidR="003713D2" w:rsidRPr="00260F73" w:rsidRDefault="003713D2" w:rsidP="00CD745A"/>
        </w:tc>
        <w:sdt>
          <w:sdtPr>
            <w:id w:val="1649172040"/>
            <w:placeholder>
              <w:docPart w:val="EDFABB6305204921AB41714CDBEF1F2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7427EE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1D92BE2C" w14:textId="77777777" w:rsidTr="00A0792E">
        <w:tc>
          <w:tcPr>
            <w:tcW w:w="2830" w:type="dxa"/>
            <w:vAlign w:val="center"/>
          </w:tcPr>
          <w:p w14:paraId="62896E3B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4D56B56F" w14:textId="77777777" w:rsidR="003713D2" w:rsidRPr="00260F73" w:rsidRDefault="003713D2" w:rsidP="00CD745A"/>
        </w:tc>
        <w:sdt>
          <w:sdtPr>
            <w:id w:val="1017587781"/>
            <w:placeholder>
              <w:docPart w:val="39948876AF22424CB7ED2F5AF92F9C43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27B41A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47F9E21" w14:textId="77777777" w:rsidTr="00A0792E">
        <w:tc>
          <w:tcPr>
            <w:tcW w:w="2830" w:type="dxa"/>
            <w:vAlign w:val="center"/>
          </w:tcPr>
          <w:p w14:paraId="2196664B" w14:textId="77777777" w:rsidR="003713D2" w:rsidRPr="00260F73" w:rsidRDefault="003713D2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630144458"/>
            <w:placeholder>
              <w:docPart w:val="4EEA29DA30454295831DD7CCFD08932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1DF0997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C98AF3D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EE21B4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33D2A9E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29952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43171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226E0EB6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8787B6" w14:textId="4A7F731E" w:rsidR="003713D2" w:rsidRPr="00260F73" w:rsidRDefault="003713D2" w:rsidP="002D7D98"/>
        </w:tc>
      </w:tr>
      <w:tr w:rsidR="00792807" w:rsidRPr="00260F73" w14:paraId="4EBE4D13" w14:textId="77777777" w:rsidTr="0019370D">
        <w:tc>
          <w:tcPr>
            <w:tcW w:w="9350" w:type="dxa"/>
            <w:gridSpan w:val="2"/>
          </w:tcPr>
          <w:p w14:paraId="14AD12FE" w14:textId="389F701E" w:rsidR="00792807" w:rsidRPr="00260F73" w:rsidRDefault="00792807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2112779476"/>
                <w:placeholder>
                  <w:docPart w:val="81ECB27B53954AADA9937BC54762293A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92807" w:rsidRPr="00260F73" w14:paraId="236DDCAE" w14:textId="77777777" w:rsidTr="00A0792E">
        <w:tc>
          <w:tcPr>
            <w:tcW w:w="2830" w:type="dxa"/>
            <w:vAlign w:val="center"/>
          </w:tcPr>
          <w:p w14:paraId="759FBD16" w14:textId="77777777" w:rsidR="00792807" w:rsidRPr="00260F73" w:rsidRDefault="00792807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1415353605"/>
            <w:placeholder>
              <w:docPart w:val="A78A39CD24A84F4098807C87B88122F8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C25DBCC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793B686D" w14:textId="77777777" w:rsidTr="00A0792E">
        <w:tc>
          <w:tcPr>
            <w:tcW w:w="2830" w:type="dxa"/>
            <w:vAlign w:val="center"/>
          </w:tcPr>
          <w:p w14:paraId="48B7C232" w14:textId="77777777" w:rsidR="00792807" w:rsidRPr="00260F73" w:rsidRDefault="00792807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CA1E0D7" w14:textId="77777777" w:rsidR="00792807" w:rsidRPr="00260F73" w:rsidRDefault="00792807" w:rsidP="002D7D98">
            <w:r w:rsidRPr="00260F73">
              <w:t xml:space="preserve">Yes </w:t>
            </w:r>
            <w:sdt>
              <w:sdtPr>
                <w:id w:val="1106779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934545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2073240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92807" w:rsidRPr="00260F73" w14:paraId="44F89B85" w14:textId="77777777" w:rsidTr="00A0792E">
        <w:tc>
          <w:tcPr>
            <w:tcW w:w="2830" w:type="dxa"/>
            <w:vAlign w:val="center"/>
          </w:tcPr>
          <w:p w14:paraId="77221302" w14:textId="77777777" w:rsidR="00792807" w:rsidRPr="00260F73" w:rsidRDefault="0079280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1272012059"/>
            <w:placeholder>
              <w:docPart w:val="7D1C5741DB3144E2ACC77143CA3210B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14025D7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92807" w:rsidRPr="00260F73" w14:paraId="42D806BA" w14:textId="77777777" w:rsidTr="00A0792E">
        <w:tc>
          <w:tcPr>
            <w:tcW w:w="2830" w:type="dxa"/>
            <w:vAlign w:val="center"/>
          </w:tcPr>
          <w:p w14:paraId="1073253F" w14:textId="77777777" w:rsidR="00792807" w:rsidRPr="00260F73" w:rsidRDefault="0079280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863585822"/>
            <w:placeholder>
              <w:docPart w:val="F7E2384D5BDF4B4192240BDC08A454D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C6892E4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92807" w:rsidRPr="00260F73" w14:paraId="14E8C823" w14:textId="77777777" w:rsidTr="00A0792E">
        <w:tc>
          <w:tcPr>
            <w:tcW w:w="2830" w:type="dxa"/>
            <w:vAlign w:val="center"/>
          </w:tcPr>
          <w:p w14:paraId="7486D580" w14:textId="77777777" w:rsidR="00792807" w:rsidRPr="00260F73" w:rsidRDefault="0079280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73B977B9" w14:textId="77777777" w:rsidR="00792807" w:rsidRPr="00260F73" w:rsidRDefault="00792807" w:rsidP="00CD745A"/>
        </w:tc>
        <w:sdt>
          <w:sdtPr>
            <w:id w:val="306528296"/>
            <w:placeholder>
              <w:docPart w:val="850A2DF04D3746439C9B57B030599E79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D32E786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4B4F39AC" w14:textId="77777777" w:rsidTr="00A0792E">
        <w:tc>
          <w:tcPr>
            <w:tcW w:w="2830" w:type="dxa"/>
            <w:vAlign w:val="center"/>
          </w:tcPr>
          <w:p w14:paraId="4152B2FE" w14:textId="77777777" w:rsidR="00792807" w:rsidRPr="00260F73" w:rsidRDefault="0079280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lastRenderedPageBreak/>
              <w:t>What was the measurable impact?</w:t>
            </w:r>
          </w:p>
          <w:p w14:paraId="1CA990AB" w14:textId="77777777" w:rsidR="00792807" w:rsidRPr="00260F73" w:rsidRDefault="00792807" w:rsidP="00CD745A"/>
        </w:tc>
        <w:sdt>
          <w:sdtPr>
            <w:id w:val="2139449517"/>
            <w:placeholder>
              <w:docPart w:val="B870F034EA334607BA4DBA95DEBB1E98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01FB428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75755A27" w14:textId="77777777" w:rsidTr="00A0792E">
        <w:tc>
          <w:tcPr>
            <w:tcW w:w="2830" w:type="dxa"/>
            <w:vAlign w:val="center"/>
          </w:tcPr>
          <w:p w14:paraId="39645ED7" w14:textId="77777777" w:rsidR="00792807" w:rsidRPr="00260F73" w:rsidRDefault="00792807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52590886"/>
            <w:placeholder>
              <w:docPart w:val="FFB246260252416EA468EBDBEAC360B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A973266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2A0FF7D6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21087F9" w14:textId="77777777" w:rsidR="00792807" w:rsidRPr="00260F73" w:rsidRDefault="0079280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F3D3466" w14:textId="77777777" w:rsidR="00792807" w:rsidRPr="00260F73" w:rsidRDefault="00792807" w:rsidP="002D7D98">
            <w:r w:rsidRPr="00260F73">
              <w:t xml:space="preserve">Yes </w:t>
            </w:r>
            <w:sdt>
              <w:sdtPr>
                <w:id w:val="346062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983301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92807" w:rsidRPr="00260F73" w14:paraId="3A12E3A7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A38ADC" w14:textId="047FDF20" w:rsidR="00792807" w:rsidRPr="00260F73" w:rsidRDefault="00792807" w:rsidP="002D7D98"/>
        </w:tc>
      </w:tr>
      <w:tr w:rsidR="00792807" w:rsidRPr="00260F73" w14:paraId="44593D44" w14:textId="77777777" w:rsidTr="0019370D">
        <w:tc>
          <w:tcPr>
            <w:tcW w:w="9350" w:type="dxa"/>
            <w:gridSpan w:val="2"/>
          </w:tcPr>
          <w:p w14:paraId="39DF3DF9" w14:textId="5841BA66" w:rsidR="00792807" w:rsidRPr="00260F73" w:rsidRDefault="00792807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725985826"/>
                <w:placeholder>
                  <w:docPart w:val="84AADBF548FB4DE8B0C27F9696839FD9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92807" w:rsidRPr="00260F73" w14:paraId="62FF2078" w14:textId="77777777" w:rsidTr="00A0792E">
        <w:tc>
          <w:tcPr>
            <w:tcW w:w="2830" w:type="dxa"/>
            <w:vAlign w:val="center"/>
          </w:tcPr>
          <w:p w14:paraId="2E90424E" w14:textId="77777777" w:rsidR="00792807" w:rsidRPr="00260F73" w:rsidRDefault="00792807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2011014985"/>
            <w:placeholder>
              <w:docPart w:val="B29F0DB6617E461BB6436A31ED7C8DE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6F4C73B0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456E1130" w14:textId="77777777" w:rsidTr="00A0792E">
        <w:tc>
          <w:tcPr>
            <w:tcW w:w="2830" w:type="dxa"/>
            <w:vAlign w:val="center"/>
          </w:tcPr>
          <w:p w14:paraId="708D8D68" w14:textId="77777777" w:rsidR="00792807" w:rsidRPr="00260F73" w:rsidRDefault="00792807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0176CB9E" w14:textId="77777777" w:rsidR="00792807" w:rsidRPr="00260F73" w:rsidRDefault="00792807" w:rsidP="002D7D98">
            <w:r w:rsidRPr="00260F73">
              <w:t xml:space="preserve">Yes </w:t>
            </w:r>
            <w:sdt>
              <w:sdtPr>
                <w:id w:val="-351960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2046131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027871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92807" w:rsidRPr="00260F73" w14:paraId="7B253F71" w14:textId="77777777" w:rsidTr="00A0792E">
        <w:tc>
          <w:tcPr>
            <w:tcW w:w="2830" w:type="dxa"/>
            <w:vAlign w:val="center"/>
          </w:tcPr>
          <w:p w14:paraId="2A963F66" w14:textId="77777777" w:rsidR="00792807" w:rsidRPr="00260F73" w:rsidRDefault="0079280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938793575"/>
            <w:placeholder>
              <w:docPart w:val="DEC736901B0C413CB6BEB4D228A7A29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610AECA4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92807" w:rsidRPr="00260F73" w14:paraId="3717BE4E" w14:textId="77777777" w:rsidTr="00A0792E">
        <w:tc>
          <w:tcPr>
            <w:tcW w:w="2830" w:type="dxa"/>
            <w:vAlign w:val="center"/>
          </w:tcPr>
          <w:p w14:paraId="5EFFD985" w14:textId="77777777" w:rsidR="00792807" w:rsidRPr="00260F73" w:rsidRDefault="0079280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182722051"/>
            <w:placeholder>
              <w:docPart w:val="EC9EF4A7A8C34B26A76287AD49A5104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1848ACBE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92807" w:rsidRPr="00260F73" w14:paraId="78452F93" w14:textId="77777777" w:rsidTr="00A0792E">
        <w:tc>
          <w:tcPr>
            <w:tcW w:w="2830" w:type="dxa"/>
            <w:vAlign w:val="center"/>
          </w:tcPr>
          <w:p w14:paraId="24EC828A" w14:textId="77777777" w:rsidR="00792807" w:rsidRPr="00260F73" w:rsidRDefault="0079280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058B78F" w14:textId="77777777" w:rsidR="00792807" w:rsidRPr="00260F73" w:rsidRDefault="00792807" w:rsidP="00CD745A"/>
        </w:tc>
        <w:sdt>
          <w:sdtPr>
            <w:id w:val="-1445928549"/>
            <w:placeholder>
              <w:docPart w:val="80C87125A6584B29BAA07D9C7DBB62C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686B11C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3E775DFC" w14:textId="77777777" w:rsidTr="00A0792E">
        <w:tc>
          <w:tcPr>
            <w:tcW w:w="2830" w:type="dxa"/>
            <w:vAlign w:val="center"/>
          </w:tcPr>
          <w:p w14:paraId="113F0148" w14:textId="77777777" w:rsidR="00792807" w:rsidRPr="00260F73" w:rsidRDefault="0079280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3920E9C5" w14:textId="77777777" w:rsidR="00792807" w:rsidRPr="00260F73" w:rsidRDefault="00792807" w:rsidP="00CD745A"/>
        </w:tc>
        <w:sdt>
          <w:sdtPr>
            <w:id w:val="1795089851"/>
            <w:placeholder>
              <w:docPart w:val="F0AC9420694B481487FEE6D88C5499F2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EB4F066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3E222015" w14:textId="77777777" w:rsidTr="00A0792E">
        <w:tc>
          <w:tcPr>
            <w:tcW w:w="2830" w:type="dxa"/>
            <w:vAlign w:val="center"/>
          </w:tcPr>
          <w:p w14:paraId="045D59BA" w14:textId="77777777" w:rsidR="00792807" w:rsidRPr="00260F73" w:rsidRDefault="00792807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1604102977"/>
            <w:placeholder>
              <w:docPart w:val="143F3E7AFFFE4B3EA81C048C4FC7336A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C47EB7F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6DCC4777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E35A144" w14:textId="77777777" w:rsidR="00792807" w:rsidRPr="00260F73" w:rsidRDefault="0079280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A788D2A" w14:textId="77777777" w:rsidR="00792807" w:rsidRPr="00260F73" w:rsidRDefault="00792807" w:rsidP="002D7D98">
            <w:r w:rsidRPr="00260F73">
              <w:t xml:space="preserve">Yes </w:t>
            </w:r>
            <w:sdt>
              <w:sdtPr>
                <w:id w:val="1959752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550222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92807" w:rsidRPr="00260F73" w14:paraId="0758F887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DE9DCF" w14:textId="2AA6B385" w:rsidR="00792807" w:rsidRPr="00260F73" w:rsidRDefault="00792807" w:rsidP="002D7D98"/>
        </w:tc>
      </w:tr>
      <w:tr w:rsidR="00792807" w:rsidRPr="00260F73" w14:paraId="04F192EA" w14:textId="77777777" w:rsidTr="0019370D">
        <w:tc>
          <w:tcPr>
            <w:tcW w:w="9350" w:type="dxa"/>
            <w:gridSpan w:val="2"/>
          </w:tcPr>
          <w:p w14:paraId="38392FF5" w14:textId="1DFAD7A9" w:rsidR="00792807" w:rsidRPr="00260F73" w:rsidRDefault="00792807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681548294"/>
                <w:placeholder>
                  <w:docPart w:val="B358D3CF8AF0496AA3928E0D44C648FD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92807" w:rsidRPr="00260F73" w14:paraId="788F60FE" w14:textId="77777777" w:rsidTr="00A0792E">
        <w:tc>
          <w:tcPr>
            <w:tcW w:w="2830" w:type="dxa"/>
            <w:vAlign w:val="center"/>
          </w:tcPr>
          <w:p w14:paraId="429DC45E" w14:textId="77777777" w:rsidR="00792807" w:rsidRPr="00260F73" w:rsidRDefault="00792807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1049428418"/>
            <w:placeholder>
              <w:docPart w:val="2AB1B5B482574E348E7D2F5E098C961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9832E2E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1374C54E" w14:textId="77777777" w:rsidTr="00A0792E">
        <w:tc>
          <w:tcPr>
            <w:tcW w:w="2830" w:type="dxa"/>
            <w:vAlign w:val="center"/>
          </w:tcPr>
          <w:p w14:paraId="2F88D8A6" w14:textId="77777777" w:rsidR="00792807" w:rsidRPr="00260F73" w:rsidRDefault="00792807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2FEC3332" w14:textId="77777777" w:rsidR="00792807" w:rsidRPr="00260F73" w:rsidRDefault="00792807" w:rsidP="002D7D98">
            <w:r w:rsidRPr="00260F73">
              <w:t xml:space="preserve">Yes </w:t>
            </w:r>
            <w:sdt>
              <w:sdtPr>
                <w:id w:val="-1380384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2018420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629365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92807" w:rsidRPr="00260F73" w14:paraId="7441E912" w14:textId="77777777" w:rsidTr="00A0792E">
        <w:tc>
          <w:tcPr>
            <w:tcW w:w="2830" w:type="dxa"/>
            <w:vAlign w:val="center"/>
          </w:tcPr>
          <w:p w14:paraId="01C20766" w14:textId="77777777" w:rsidR="00792807" w:rsidRPr="00260F73" w:rsidRDefault="0079280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1442991179"/>
            <w:placeholder>
              <w:docPart w:val="447DFAF5A13348F4A25D3975DE5081A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0BA2812A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92807" w:rsidRPr="00260F73" w14:paraId="76CF257A" w14:textId="77777777" w:rsidTr="00A0792E">
        <w:tc>
          <w:tcPr>
            <w:tcW w:w="2830" w:type="dxa"/>
            <w:vAlign w:val="center"/>
          </w:tcPr>
          <w:p w14:paraId="1F974CF2" w14:textId="77777777" w:rsidR="00792807" w:rsidRPr="00260F73" w:rsidRDefault="0079280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2062825557"/>
            <w:placeholder>
              <w:docPart w:val="45EB003820D14F3984BC865BD31F699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0A6F9C63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92807" w:rsidRPr="00260F73" w14:paraId="67129F3F" w14:textId="77777777" w:rsidTr="00A0792E">
        <w:tc>
          <w:tcPr>
            <w:tcW w:w="2830" w:type="dxa"/>
            <w:vAlign w:val="center"/>
          </w:tcPr>
          <w:p w14:paraId="03DDBD46" w14:textId="77777777" w:rsidR="00792807" w:rsidRPr="00260F73" w:rsidRDefault="0079280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6CB2D4F5" w14:textId="77777777" w:rsidR="00792807" w:rsidRPr="00260F73" w:rsidRDefault="00792807" w:rsidP="00CD745A"/>
        </w:tc>
        <w:sdt>
          <w:sdtPr>
            <w:id w:val="1747448969"/>
            <w:placeholder>
              <w:docPart w:val="6CF159DAF3F443478638E92C4E64FACA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3A0B37E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748545B4" w14:textId="77777777" w:rsidTr="00A0792E">
        <w:tc>
          <w:tcPr>
            <w:tcW w:w="2830" w:type="dxa"/>
            <w:vAlign w:val="center"/>
          </w:tcPr>
          <w:p w14:paraId="50740FC0" w14:textId="77777777" w:rsidR="00792807" w:rsidRPr="00260F73" w:rsidRDefault="0079280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0F8D06C1" w14:textId="77777777" w:rsidR="00792807" w:rsidRPr="00260F73" w:rsidRDefault="00792807" w:rsidP="00CD745A"/>
        </w:tc>
        <w:sdt>
          <w:sdtPr>
            <w:id w:val="-1764286654"/>
            <w:placeholder>
              <w:docPart w:val="3332C4FD67D94C6080DDF0C377F8D8F9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048D0F6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27278353" w14:textId="77777777" w:rsidTr="00A0792E">
        <w:tc>
          <w:tcPr>
            <w:tcW w:w="2830" w:type="dxa"/>
            <w:vAlign w:val="center"/>
          </w:tcPr>
          <w:p w14:paraId="37D01083" w14:textId="77777777" w:rsidR="00792807" w:rsidRPr="00260F73" w:rsidRDefault="00792807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1679000752"/>
            <w:placeholder>
              <w:docPart w:val="58B68850B7254B06BBE5182B9D5BFE96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41650D3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00DDB813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1E5C45F" w14:textId="77777777" w:rsidR="00792807" w:rsidRPr="00260F73" w:rsidRDefault="0079280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6AB3359" w14:textId="77777777" w:rsidR="00792807" w:rsidRPr="00260F73" w:rsidRDefault="00792807" w:rsidP="002D7D98">
            <w:r w:rsidRPr="00260F73">
              <w:t xml:space="preserve">Yes </w:t>
            </w:r>
            <w:sdt>
              <w:sdtPr>
                <w:id w:val="-1526864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24503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92807" w:rsidRPr="00260F73" w14:paraId="6545D1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EB631A" w14:textId="3F73101C" w:rsidR="00792807" w:rsidRPr="00260F73" w:rsidRDefault="00792807" w:rsidP="002D7D98"/>
        </w:tc>
      </w:tr>
    </w:tbl>
    <w:p w14:paraId="45DDF308" w14:textId="77777777" w:rsidR="00792807" w:rsidRDefault="00792807">
      <w:pPr>
        <w:pStyle w:val="Heading1"/>
      </w:pPr>
    </w:p>
    <w:p w14:paraId="0BD01FE1" w14:textId="77777777" w:rsidR="00792807" w:rsidRDefault="00792807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6EC161C1" w:rsidR="00214ECC" w:rsidRPr="00260F73" w:rsidRDefault="003729FB">
      <w:pPr>
        <w:pStyle w:val="Heading1"/>
      </w:pPr>
      <w:r w:rsidRPr="00260F73">
        <w:lastRenderedPageBreak/>
        <w:t>Research &amp; Publications</w:t>
      </w:r>
    </w:p>
    <w:p w14:paraId="5E94B5AE" w14:textId="77777777" w:rsidR="00D51D74" w:rsidRPr="00D51D74" w:rsidRDefault="00D51D74" w:rsidP="00D51D74">
      <w:pPr>
        <w:rPr>
          <w:lang w:val="en-US"/>
        </w:rPr>
      </w:pPr>
      <w:r w:rsidRPr="00D51D74">
        <w:rPr>
          <w:lang w:val="en-US"/>
        </w:rPr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:rsidRPr="00260F73" w14:paraId="6F75DC21" w14:textId="77777777" w:rsidTr="00695860">
        <w:tc>
          <w:tcPr>
            <w:tcW w:w="9350" w:type="dxa"/>
            <w:gridSpan w:val="2"/>
          </w:tcPr>
          <w:p w14:paraId="59BAD478" w14:textId="189FC892" w:rsidR="00CD745A" w:rsidRPr="00015574" w:rsidRDefault="000A5F5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Title of item</w:t>
            </w:r>
            <w:r w:rsidR="00CD745A" w:rsidRPr="00015574">
              <w:rPr>
                <w:rFonts w:cs="Calibri"/>
                <w:b/>
                <w:bCs/>
                <w:szCs w:val="24"/>
              </w:rPr>
              <w:t xml:space="preserve">: </w:t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EndPr/>
              <w:sdtContent>
                <w:r w:rsidR="00CD745A"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CD745A" w:rsidRPr="00260F73" w14:paraId="769739CE" w14:textId="77777777" w:rsidTr="00CD745A">
        <w:tc>
          <w:tcPr>
            <w:tcW w:w="2723" w:type="dxa"/>
            <w:vAlign w:val="center"/>
          </w:tcPr>
          <w:p w14:paraId="178AC458" w14:textId="5D1CCCAF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19B1C3D" w14:textId="3D84B99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15DA0842" w14:textId="77777777" w:rsidTr="00CD745A">
        <w:tc>
          <w:tcPr>
            <w:tcW w:w="2723" w:type="dxa"/>
            <w:vAlign w:val="center"/>
          </w:tcPr>
          <w:p w14:paraId="22919863" w14:textId="34E53D17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68FCDE1" w14:textId="3348A05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5D715A34" w14:textId="77777777" w:rsidTr="00CD745A">
        <w:tc>
          <w:tcPr>
            <w:tcW w:w="2723" w:type="dxa"/>
            <w:vAlign w:val="center"/>
          </w:tcPr>
          <w:p w14:paraId="687B8572" w14:textId="210F1637" w:rsidR="00CD745A" w:rsidRPr="00446759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DOI link </w:t>
            </w:r>
            <w:r w:rsidR="00015574" w:rsidRPr="00015574">
              <w:rPr>
                <w:rFonts w:cs="Calibri"/>
                <w:b/>
                <w:bCs/>
                <w:szCs w:val="24"/>
              </w:rPr>
              <w:t>(</w:t>
            </w:r>
            <w:r w:rsidRPr="00015574">
              <w:rPr>
                <w:rFonts w:cs="Calibri"/>
                <w:b/>
                <w:bCs/>
                <w:szCs w:val="24"/>
              </w:rPr>
              <w:t>where applicable</w:t>
            </w:r>
            <w:r w:rsidR="00015574" w:rsidRPr="00015574">
              <w:rPr>
                <w:rFonts w:cs="Calibri"/>
                <w:b/>
                <w:bCs/>
                <w:szCs w:val="24"/>
              </w:rPr>
              <w:t>)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5BB4C77" w14:textId="59DC1FA6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7E170BE8" w14:textId="77777777" w:rsidTr="00CD745A">
        <w:tc>
          <w:tcPr>
            <w:tcW w:w="2723" w:type="dxa"/>
            <w:vAlign w:val="center"/>
          </w:tcPr>
          <w:p w14:paraId="609E6916" w14:textId="5AD3F0BB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83255EC" w14:textId="595583B5" w:rsidR="00CD745A" w:rsidRPr="00260F73" w:rsidRDefault="00CD745A" w:rsidP="00C7253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Pr="00260F73" w:rsidRDefault="00CD745A" w:rsidP="00CD745A">
            <w:r w:rsidRPr="00260F73"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260F73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567AFF1B" w:rsidR="00CD745A" w:rsidRPr="00260F73" w:rsidRDefault="00CD745A" w:rsidP="00CD745A"/>
        </w:tc>
      </w:tr>
      <w:tr w:rsidR="003713D2" w:rsidRPr="00260F73" w14:paraId="5A7BC055" w14:textId="77777777" w:rsidTr="00695860">
        <w:tc>
          <w:tcPr>
            <w:tcW w:w="9350" w:type="dxa"/>
            <w:gridSpan w:val="2"/>
          </w:tcPr>
          <w:p w14:paraId="08164C5A" w14:textId="3C350ED0" w:rsidR="003713D2" w:rsidRPr="00015574" w:rsidRDefault="003713D2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947045306"/>
                <w:placeholder>
                  <w:docPart w:val="2636CEBDA55446F2B898CE82D65A7F19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3713D2" w:rsidRPr="00260F73" w14:paraId="2145186D" w14:textId="77777777" w:rsidTr="00CD745A">
        <w:tc>
          <w:tcPr>
            <w:tcW w:w="2723" w:type="dxa"/>
            <w:vAlign w:val="center"/>
          </w:tcPr>
          <w:p w14:paraId="588E5A17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44719331"/>
            <w:placeholder>
              <w:docPart w:val="B1AD7A19AFD34107A93F340107E987C9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822FCB2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3DB2023" w14:textId="77777777" w:rsidTr="00CD745A">
        <w:tc>
          <w:tcPr>
            <w:tcW w:w="2723" w:type="dxa"/>
            <w:vAlign w:val="center"/>
          </w:tcPr>
          <w:p w14:paraId="72C6C651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706710911"/>
            <w:placeholder>
              <w:docPart w:val="886A75EF89754CCCA94133C3ED14837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EB2FE8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F06F30B" w14:textId="77777777" w:rsidTr="00CD745A">
        <w:tc>
          <w:tcPr>
            <w:tcW w:w="2723" w:type="dxa"/>
            <w:vAlign w:val="center"/>
          </w:tcPr>
          <w:p w14:paraId="486CC72A" w14:textId="77777777" w:rsidR="003713D2" w:rsidRPr="00446759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012066124"/>
            <w:placeholder>
              <w:docPart w:val="5ED57F54BA834AB1B5607992871117D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021780B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5F6EF2A" w14:textId="77777777" w:rsidTr="00CD745A">
        <w:tc>
          <w:tcPr>
            <w:tcW w:w="2723" w:type="dxa"/>
            <w:vAlign w:val="center"/>
          </w:tcPr>
          <w:p w14:paraId="78A6DDE9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95063232"/>
            <w:placeholder>
              <w:docPart w:val="6DFABCABA0B9461DA7D3E68645D5FAB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49C29A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270147D2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ED69CFE" w14:textId="77777777" w:rsidR="003713D2" w:rsidRPr="00015574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A519656" w14:textId="77777777" w:rsidR="003713D2" w:rsidRPr="00260F73" w:rsidRDefault="003713D2" w:rsidP="00CD745A">
            <w:r w:rsidRPr="00260F73">
              <w:t xml:space="preserve">Yes </w:t>
            </w:r>
            <w:sdt>
              <w:sdtPr>
                <w:id w:val="-56479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2850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5C9E775F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2D1063" w14:textId="77777777" w:rsidR="003713D2" w:rsidRPr="00260F73" w:rsidRDefault="003713D2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DAA2A6" w14:textId="32608758" w:rsidR="003713D2" w:rsidRPr="00260F73" w:rsidRDefault="003713D2" w:rsidP="00CD745A"/>
        </w:tc>
      </w:tr>
      <w:tr w:rsidR="00792807" w:rsidRPr="00260F73" w14:paraId="4DF8683E" w14:textId="77777777" w:rsidTr="00695860">
        <w:tc>
          <w:tcPr>
            <w:tcW w:w="9350" w:type="dxa"/>
            <w:gridSpan w:val="2"/>
          </w:tcPr>
          <w:p w14:paraId="53E331C0" w14:textId="2786FB9B" w:rsidR="00792807" w:rsidRPr="00015574" w:rsidRDefault="00792807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620223484"/>
                <w:placeholder>
                  <w:docPart w:val="0EDA8FBD6E09474193BEB004E04E7E36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792807" w:rsidRPr="00260F73" w14:paraId="460826CA" w14:textId="77777777" w:rsidTr="00CD745A">
        <w:tc>
          <w:tcPr>
            <w:tcW w:w="2723" w:type="dxa"/>
            <w:vAlign w:val="center"/>
          </w:tcPr>
          <w:p w14:paraId="4DC3F607" w14:textId="77777777" w:rsidR="00792807" w:rsidRPr="00015574" w:rsidRDefault="00792807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48007969"/>
            <w:placeholder>
              <w:docPart w:val="F0901CCDF4F54911B0BBE0EDA5996E39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1C24CC5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599C9DD0" w14:textId="77777777" w:rsidTr="00CD745A">
        <w:tc>
          <w:tcPr>
            <w:tcW w:w="2723" w:type="dxa"/>
            <w:vAlign w:val="center"/>
          </w:tcPr>
          <w:p w14:paraId="41C4EBB9" w14:textId="77777777" w:rsidR="00792807" w:rsidRPr="00015574" w:rsidRDefault="00792807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188957666"/>
            <w:placeholder>
              <w:docPart w:val="1D16C36D78E94674A5FB17D37089E87C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3A93F7F7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6CA234A5" w14:textId="77777777" w:rsidTr="00CD745A">
        <w:tc>
          <w:tcPr>
            <w:tcW w:w="2723" w:type="dxa"/>
            <w:vAlign w:val="center"/>
          </w:tcPr>
          <w:p w14:paraId="685F21A8" w14:textId="77777777" w:rsidR="00792807" w:rsidRPr="00446759" w:rsidRDefault="00792807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38031022"/>
            <w:placeholder>
              <w:docPart w:val="4A7FE8201C0042F3A3CFB75A1883A1E1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249B15DB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6B9DF92F" w14:textId="77777777" w:rsidTr="00CD745A">
        <w:tc>
          <w:tcPr>
            <w:tcW w:w="2723" w:type="dxa"/>
            <w:vAlign w:val="center"/>
          </w:tcPr>
          <w:p w14:paraId="25CA7FBA" w14:textId="77777777" w:rsidR="00792807" w:rsidRPr="00015574" w:rsidRDefault="00792807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142312630"/>
            <w:placeholder>
              <w:docPart w:val="3B366BA5E3D648439ED8F9DB245562C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6492B7B1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92807" w:rsidRPr="00260F73" w14:paraId="3CAF247C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66D71E4" w14:textId="77777777" w:rsidR="00792807" w:rsidRPr="00015574" w:rsidRDefault="00792807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4FB70E5F" w14:textId="77777777" w:rsidR="00792807" w:rsidRPr="00260F73" w:rsidRDefault="00792807" w:rsidP="00CD745A">
            <w:r w:rsidRPr="00260F73">
              <w:t xml:space="preserve">Yes </w:t>
            </w:r>
            <w:sdt>
              <w:sdtPr>
                <w:id w:val="1009724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657110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92807" w:rsidRPr="00260F73" w14:paraId="4C208411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1777F3" w14:textId="77777777" w:rsidR="00792807" w:rsidRPr="00260F73" w:rsidRDefault="00792807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616304" w14:textId="791EA403" w:rsidR="00792807" w:rsidRPr="00260F73" w:rsidRDefault="00792807" w:rsidP="00CD745A"/>
        </w:tc>
      </w:tr>
      <w:tr w:rsidR="00792807" w:rsidRPr="00260F73" w14:paraId="034018A4" w14:textId="77777777" w:rsidTr="00695860">
        <w:tc>
          <w:tcPr>
            <w:tcW w:w="9350" w:type="dxa"/>
            <w:gridSpan w:val="2"/>
          </w:tcPr>
          <w:p w14:paraId="52B19F7B" w14:textId="64CCA354" w:rsidR="00792807" w:rsidRPr="00015574" w:rsidRDefault="00792807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1900930792"/>
                <w:placeholder>
                  <w:docPart w:val="73123CCD61664894B60A0F7324B26ECD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792807" w:rsidRPr="00260F73" w14:paraId="780B0FB4" w14:textId="77777777" w:rsidTr="00CD745A">
        <w:tc>
          <w:tcPr>
            <w:tcW w:w="2723" w:type="dxa"/>
            <w:vAlign w:val="center"/>
          </w:tcPr>
          <w:p w14:paraId="4CFDEEB8" w14:textId="77777777" w:rsidR="00792807" w:rsidRPr="00015574" w:rsidRDefault="00792807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847716640"/>
            <w:placeholder>
              <w:docPart w:val="4F2A58BFC40B464AAB191170094679E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4BBE9F4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62C5717B" w14:textId="77777777" w:rsidTr="00CD745A">
        <w:tc>
          <w:tcPr>
            <w:tcW w:w="2723" w:type="dxa"/>
            <w:vAlign w:val="center"/>
          </w:tcPr>
          <w:p w14:paraId="5B6652F7" w14:textId="77777777" w:rsidR="00792807" w:rsidRPr="00015574" w:rsidRDefault="00792807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540892481"/>
            <w:placeholder>
              <w:docPart w:val="E88F96F0549B45B4B162AD62333D7D65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F89C131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68419316" w14:textId="77777777" w:rsidTr="00CD745A">
        <w:tc>
          <w:tcPr>
            <w:tcW w:w="2723" w:type="dxa"/>
            <w:vAlign w:val="center"/>
          </w:tcPr>
          <w:p w14:paraId="4B9F5F1D" w14:textId="77777777" w:rsidR="00792807" w:rsidRPr="00446759" w:rsidRDefault="00792807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lastRenderedPageBreak/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857022071"/>
            <w:placeholder>
              <w:docPart w:val="358BD40F012842FB9E28922B44FF74E4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3C10B6CC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3CE1FE16" w14:textId="77777777" w:rsidTr="00CD745A">
        <w:tc>
          <w:tcPr>
            <w:tcW w:w="2723" w:type="dxa"/>
            <w:vAlign w:val="center"/>
          </w:tcPr>
          <w:p w14:paraId="36B4B12C" w14:textId="77777777" w:rsidR="00792807" w:rsidRPr="00015574" w:rsidRDefault="00792807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757786363"/>
            <w:placeholder>
              <w:docPart w:val="D8DAF52A1B25431186D9986FB3D0431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4CFDBA54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92807" w:rsidRPr="00260F73" w14:paraId="117183D3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4DD561A" w14:textId="77777777" w:rsidR="00792807" w:rsidRPr="00015574" w:rsidRDefault="00792807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A3D018D" w14:textId="77777777" w:rsidR="00792807" w:rsidRPr="00260F73" w:rsidRDefault="00792807" w:rsidP="00CD745A">
            <w:r w:rsidRPr="00260F73">
              <w:t xml:space="preserve">Yes </w:t>
            </w:r>
            <w:sdt>
              <w:sdtPr>
                <w:id w:val="-1786119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5088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92807" w:rsidRPr="00260F73" w14:paraId="03BDD439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DAE408" w14:textId="77777777" w:rsidR="00792807" w:rsidRPr="00260F73" w:rsidRDefault="00792807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6AF174" w14:textId="53FB2523" w:rsidR="00792807" w:rsidRPr="00260F73" w:rsidRDefault="00792807" w:rsidP="00CD745A"/>
        </w:tc>
      </w:tr>
      <w:tr w:rsidR="00792807" w:rsidRPr="00260F73" w14:paraId="7A20499E" w14:textId="77777777" w:rsidTr="00695860">
        <w:tc>
          <w:tcPr>
            <w:tcW w:w="9350" w:type="dxa"/>
            <w:gridSpan w:val="2"/>
          </w:tcPr>
          <w:p w14:paraId="22FA5F21" w14:textId="05794D29" w:rsidR="00792807" w:rsidRPr="00015574" w:rsidRDefault="00792807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415838851"/>
                <w:placeholder>
                  <w:docPart w:val="3567F96C0FCE40CD981B22DAAC56081E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792807" w:rsidRPr="00260F73" w14:paraId="39ECEF75" w14:textId="77777777" w:rsidTr="00CD745A">
        <w:tc>
          <w:tcPr>
            <w:tcW w:w="2723" w:type="dxa"/>
            <w:vAlign w:val="center"/>
          </w:tcPr>
          <w:p w14:paraId="43B525AD" w14:textId="77777777" w:rsidR="00792807" w:rsidRPr="00015574" w:rsidRDefault="00792807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661122886"/>
            <w:placeholder>
              <w:docPart w:val="8238753DC0D543B9A084EB31057B89E5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773360B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5CFA1344" w14:textId="77777777" w:rsidTr="00CD745A">
        <w:tc>
          <w:tcPr>
            <w:tcW w:w="2723" w:type="dxa"/>
            <w:vAlign w:val="center"/>
          </w:tcPr>
          <w:p w14:paraId="51AB1C77" w14:textId="77777777" w:rsidR="00792807" w:rsidRPr="00015574" w:rsidRDefault="00792807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858191658"/>
            <w:placeholder>
              <w:docPart w:val="83E81F6B484F4876B21FB8C4EAF9ED7D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2C6FED94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693A3289" w14:textId="77777777" w:rsidTr="00CD745A">
        <w:tc>
          <w:tcPr>
            <w:tcW w:w="2723" w:type="dxa"/>
            <w:vAlign w:val="center"/>
          </w:tcPr>
          <w:p w14:paraId="00C20301" w14:textId="77777777" w:rsidR="00792807" w:rsidRPr="00446759" w:rsidRDefault="00792807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182401561"/>
            <w:placeholder>
              <w:docPart w:val="38E7A8F88415407B957B048BA3D86494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2DF9F509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7A117A0A" w14:textId="77777777" w:rsidTr="00CD745A">
        <w:tc>
          <w:tcPr>
            <w:tcW w:w="2723" w:type="dxa"/>
            <w:vAlign w:val="center"/>
          </w:tcPr>
          <w:p w14:paraId="78B1960F" w14:textId="77777777" w:rsidR="00792807" w:rsidRPr="00015574" w:rsidRDefault="00792807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890801253"/>
            <w:placeholder>
              <w:docPart w:val="AE7C55A61EED47A2A50771E2750FD8B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4FD6AF57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92807" w:rsidRPr="00260F73" w14:paraId="7358654C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0B83BEE2" w14:textId="77777777" w:rsidR="00792807" w:rsidRPr="00015574" w:rsidRDefault="00792807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583E9148" w14:textId="77777777" w:rsidR="00792807" w:rsidRPr="00260F73" w:rsidRDefault="00792807" w:rsidP="00CD745A">
            <w:r w:rsidRPr="00260F73">
              <w:t xml:space="preserve">Yes </w:t>
            </w:r>
            <w:sdt>
              <w:sdtPr>
                <w:id w:val="18750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924542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92807" w:rsidRPr="00260F73" w14:paraId="4A26CF67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331543" w14:textId="77777777" w:rsidR="00792807" w:rsidRPr="00260F73" w:rsidRDefault="00792807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C38089" w14:textId="73BC4494" w:rsidR="00792807" w:rsidRPr="00260F73" w:rsidRDefault="00792807" w:rsidP="00CD745A"/>
        </w:tc>
      </w:tr>
    </w:tbl>
    <w:p w14:paraId="45497963" w14:textId="77777777" w:rsidR="00792807" w:rsidRDefault="00792807">
      <w:pPr>
        <w:pStyle w:val="Heading1"/>
      </w:pPr>
    </w:p>
    <w:p w14:paraId="7C9B001B" w14:textId="77777777" w:rsidR="00792807" w:rsidRDefault="00792807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2EC2A75A" w:rsidR="00214ECC" w:rsidRPr="00260F73" w:rsidRDefault="003729FB">
      <w:pPr>
        <w:pStyle w:val="Heading1"/>
      </w:pPr>
      <w:r w:rsidRPr="00260F73">
        <w:lastRenderedPageBreak/>
        <w:t xml:space="preserve">Teaching </w:t>
      </w:r>
      <w:r w:rsidR="00015574">
        <w:t>e</w:t>
      </w:r>
      <w:r w:rsidRPr="00260F73">
        <w:t>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:rsidRPr="00260F73" w14:paraId="66F7ED9E" w14:textId="77777777" w:rsidTr="00A0792E">
        <w:tc>
          <w:tcPr>
            <w:tcW w:w="2689" w:type="dxa"/>
          </w:tcPr>
          <w:p w14:paraId="1ADD563F" w14:textId="616A8CFE" w:rsidR="00E9708F" w:rsidRPr="00260F73" w:rsidRDefault="00E9708F">
            <w:r w:rsidRPr="00260F73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8426A61" w14:textId="6DC414F8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B740C1B" w14:textId="77777777" w:rsidTr="00A0792E">
        <w:tc>
          <w:tcPr>
            <w:tcW w:w="2689" w:type="dxa"/>
          </w:tcPr>
          <w:p w14:paraId="5063B332" w14:textId="5483306F" w:rsidR="00E9708F" w:rsidRPr="00260F73" w:rsidRDefault="00E9708F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BDE551D" w14:textId="5EDF4B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66CA38CE" w14:textId="77777777" w:rsidTr="00A0792E">
        <w:tc>
          <w:tcPr>
            <w:tcW w:w="2689" w:type="dxa"/>
          </w:tcPr>
          <w:p w14:paraId="6E014817" w14:textId="4BF4295B" w:rsidR="00E9708F" w:rsidRPr="00260F73" w:rsidRDefault="00E9708F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3783DB" w14:textId="2A8EDBCC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7EA1DB7" w14:textId="77777777" w:rsidTr="00A0792E">
        <w:tc>
          <w:tcPr>
            <w:tcW w:w="2689" w:type="dxa"/>
          </w:tcPr>
          <w:p w14:paraId="287584B0" w14:textId="77777777" w:rsidR="00E9708F" w:rsidRPr="00260F73" w:rsidRDefault="00E9708F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6F22547" w14:textId="77777777" w:rsidR="00E9708F" w:rsidRPr="00260F73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8D0AF4" w14:textId="14E793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4B70A0A3" w14:textId="77777777" w:rsidTr="00A0792E">
        <w:tc>
          <w:tcPr>
            <w:tcW w:w="2689" w:type="dxa"/>
          </w:tcPr>
          <w:p w14:paraId="2B82BE9D" w14:textId="190108BB" w:rsidR="00E9708F" w:rsidRPr="00260F73" w:rsidRDefault="00E9708F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Pr="00260F73" w:rsidRDefault="00E9708F">
            <w:r w:rsidRPr="00260F73"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605DD3C8" w14:textId="77777777" w:rsidTr="00A0792E">
        <w:tc>
          <w:tcPr>
            <w:tcW w:w="2689" w:type="dxa"/>
          </w:tcPr>
          <w:p w14:paraId="3ACF7AFC" w14:textId="2D9BB58C" w:rsidR="00E9708F" w:rsidRPr="00260F73" w:rsidRDefault="00E9708F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4ADF35B" w14:textId="075D342D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260F73" w:rsidRDefault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Pr="00260F73" w:rsidRDefault="00E9708F">
            <w:r w:rsidRPr="00260F73"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3EA4E527" w:rsidR="00E9708F" w:rsidRPr="00260F73" w:rsidRDefault="00E9708F"/>
        </w:tc>
      </w:tr>
      <w:tr w:rsidR="003713D2" w:rsidRPr="00260F73" w14:paraId="60A6C45B" w14:textId="77777777" w:rsidTr="00A0792E">
        <w:tc>
          <w:tcPr>
            <w:tcW w:w="2689" w:type="dxa"/>
          </w:tcPr>
          <w:p w14:paraId="6E46C46E" w14:textId="70F646EF" w:rsidR="003713D2" w:rsidRPr="00260F73" w:rsidRDefault="003713D2">
            <w:r w:rsidRPr="00260F73">
              <w:rPr>
                <w:b/>
                <w:bCs/>
              </w:rPr>
              <w:t>Role</w:t>
            </w:r>
          </w:p>
        </w:tc>
        <w:sdt>
          <w:sdtPr>
            <w:id w:val="-683367350"/>
            <w:placeholder>
              <w:docPart w:val="9F98BD6A7E484DF08110B1C4E624D3D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BEA901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0734555" w14:textId="77777777" w:rsidTr="00A0792E">
        <w:tc>
          <w:tcPr>
            <w:tcW w:w="2689" w:type="dxa"/>
          </w:tcPr>
          <w:p w14:paraId="78C7B684" w14:textId="77777777" w:rsidR="003713D2" w:rsidRPr="00260F73" w:rsidRDefault="003713D2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31882914"/>
            <w:placeholder>
              <w:docPart w:val="233C5AFA5E7E4902A9BB228B214E579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0B1CF8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2FB98C1F" w14:textId="77777777" w:rsidTr="00A0792E">
        <w:tc>
          <w:tcPr>
            <w:tcW w:w="2689" w:type="dxa"/>
          </w:tcPr>
          <w:p w14:paraId="4137BF2C" w14:textId="77777777" w:rsidR="003713D2" w:rsidRPr="00260F73" w:rsidRDefault="003713D2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480417740"/>
            <w:placeholder>
              <w:docPart w:val="1B8839E78C2545FD826212E931A37F3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2ADC70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17ED9A3" w14:textId="77777777" w:rsidTr="00A0792E">
        <w:tc>
          <w:tcPr>
            <w:tcW w:w="2689" w:type="dxa"/>
          </w:tcPr>
          <w:p w14:paraId="7C4151A8" w14:textId="77777777" w:rsidR="003713D2" w:rsidRPr="00260F73" w:rsidRDefault="003713D2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0E69669" w14:textId="77777777" w:rsidR="003713D2" w:rsidRPr="00260F73" w:rsidRDefault="003713D2"/>
        </w:tc>
        <w:sdt>
          <w:sdtPr>
            <w:id w:val="428003593"/>
            <w:placeholder>
              <w:docPart w:val="69B61E07360347BCBC59BA9F385F723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9252810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3D1D623" w14:textId="77777777" w:rsidTr="00A0792E">
        <w:tc>
          <w:tcPr>
            <w:tcW w:w="2689" w:type="dxa"/>
          </w:tcPr>
          <w:p w14:paraId="7A70044C" w14:textId="77777777" w:rsidR="003713D2" w:rsidRPr="00260F73" w:rsidRDefault="003713D2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661DFC2" w14:textId="77777777" w:rsidR="003713D2" w:rsidRPr="00260F73" w:rsidRDefault="003713D2">
            <w:r w:rsidRPr="00260F73">
              <w:t xml:space="preserve">Complete  </w:t>
            </w:r>
            <w:sdt>
              <w:sdtPr>
                <w:id w:val="-158266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441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539E0342" w14:textId="77777777" w:rsidTr="00A0792E">
        <w:tc>
          <w:tcPr>
            <w:tcW w:w="2689" w:type="dxa"/>
          </w:tcPr>
          <w:p w14:paraId="0D879AD9" w14:textId="77777777" w:rsidR="003713D2" w:rsidRPr="00260F73" w:rsidRDefault="003713D2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1529011247"/>
            <w:placeholder>
              <w:docPart w:val="EEADD47DEE724B839CD6026B1BF75AA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64C2E6E" w14:textId="77777777" w:rsidR="003713D2" w:rsidRPr="00260F73" w:rsidRDefault="003713D2" w:rsidP="00016A95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3713D2" w:rsidRPr="00260F73" w14:paraId="4F76E790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FEFD7E3" w14:textId="77777777" w:rsidR="003713D2" w:rsidRPr="00260F73" w:rsidRDefault="003713D2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F3A024B" w14:textId="77777777" w:rsidR="003713D2" w:rsidRPr="00260F73" w:rsidRDefault="003713D2">
            <w:r w:rsidRPr="00260F73">
              <w:t xml:space="preserve">Yes </w:t>
            </w:r>
            <w:sdt>
              <w:sdtPr>
                <w:id w:val="1392304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687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1A6A0C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E63DE" w14:textId="7D138585" w:rsidR="003713D2" w:rsidRPr="00260F73" w:rsidRDefault="003713D2"/>
        </w:tc>
      </w:tr>
      <w:tr w:rsidR="00792807" w:rsidRPr="00260F73" w14:paraId="0F6963C0" w14:textId="77777777" w:rsidTr="00A0792E">
        <w:tc>
          <w:tcPr>
            <w:tcW w:w="2689" w:type="dxa"/>
          </w:tcPr>
          <w:p w14:paraId="5C318F18" w14:textId="4C389D0B" w:rsidR="00792807" w:rsidRPr="00260F73" w:rsidRDefault="00792807">
            <w:r w:rsidRPr="00260F73">
              <w:rPr>
                <w:b/>
                <w:bCs/>
              </w:rPr>
              <w:t>Role</w:t>
            </w:r>
          </w:p>
        </w:tc>
        <w:sdt>
          <w:sdtPr>
            <w:id w:val="-1804915935"/>
            <w:placeholder>
              <w:docPart w:val="9222110D62B54D7E9FCC3ACAB3A85308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44B7F8E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33691861" w14:textId="77777777" w:rsidTr="00A0792E">
        <w:tc>
          <w:tcPr>
            <w:tcW w:w="2689" w:type="dxa"/>
          </w:tcPr>
          <w:p w14:paraId="59246549" w14:textId="77777777" w:rsidR="00792807" w:rsidRPr="00260F73" w:rsidRDefault="00792807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234548670"/>
            <w:placeholder>
              <w:docPart w:val="7D58DAD0A9614BFB9960C31C62AD22B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44E859F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5D9C4A5C" w14:textId="77777777" w:rsidTr="00A0792E">
        <w:tc>
          <w:tcPr>
            <w:tcW w:w="2689" w:type="dxa"/>
          </w:tcPr>
          <w:p w14:paraId="61D8FF21" w14:textId="77777777" w:rsidR="00792807" w:rsidRPr="00260F73" w:rsidRDefault="00792807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045206804"/>
            <w:placeholder>
              <w:docPart w:val="B59343AB36114D8EA46D6D411F25220C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CC0702D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4C2EF396" w14:textId="77777777" w:rsidTr="00A0792E">
        <w:tc>
          <w:tcPr>
            <w:tcW w:w="2689" w:type="dxa"/>
          </w:tcPr>
          <w:p w14:paraId="4FDD875C" w14:textId="77777777" w:rsidR="00792807" w:rsidRPr="00260F73" w:rsidRDefault="00792807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009EA965" w14:textId="77777777" w:rsidR="00792807" w:rsidRPr="00260F73" w:rsidRDefault="00792807"/>
        </w:tc>
        <w:sdt>
          <w:sdtPr>
            <w:id w:val="-2111882711"/>
            <w:placeholder>
              <w:docPart w:val="265D0F1BE59F4BDE9EDCCB761A2796B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1D53A6B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72E4C962" w14:textId="77777777" w:rsidTr="00A0792E">
        <w:tc>
          <w:tcPr>
            <w:tcW w:w="2689" w:type="dxa"/>
          </w:tcPr>
          <w:p w14:paraId="4043A931" w14:textId="77777777" w:rsidR="00792807" w:rsidRPr="00260F73" w:rsidRDefault="00792807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7EBEA59F" w14:textId="77777777" w:rsidR="00792807" w:rsidRPr="00260F73" w:rsidRDefault="00792807">
            <w:r w:rsidRPr="00260F73">
              <w:t xml:space="preserve">Complete  </w:t>
            </w:r>
            <w:sdt>
              <w:sdtPr>
                <w:id w:val="-2086594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909997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92807" w:rsidRPr="00260F73" w14:paraId="59413C0A" w14:textId="77777777" w:rsidTr="00A0792E">
        <w:tc>
          <w:tcPr>
            <w:tcW w:w="2689" w:type="dxa"/>
          </w:tcPr>
          <w:p w14:paraId="4E0EA1EC" w14:textId="77777777" w:rsidR="00792807" w:rsidRPr="00260F73" w:rsidRDefault="00792807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1351950489"/>
            <w:placeholder>
              <w:docPart w:val="516DC654FE354BB782480FD0C4DF7C0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266B52D" w14:textId="77777777" w:rsidR="00792807" w:rsidRPr="00260F73" w:rsidRDefault="00792807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792807" w:rsidRPr="00260F73" w14:paraId="61BB9AA9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36A92A6B" w14:textId="77777777" w:rsidR="00792807" w:rsidRPr="00260F73" w:rsidRDefault="00792807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12CD1C19" w14:textId="77777777" w:rsidR="00792807" w:rsidRPr="00260F73" w:rsidRDefault="00792807">
            <w:r w:rsidRPr="00260F73">
              <w:t xml:space="preserve">Yes </w:t>
            </w:r>
            <w:sdt>
              <w:sdtPr>
                <w:id w:val="-376008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44591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92807" w:rsidRPr="00260F73" w14:paraId="47971BD6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292C58" w14:textId="5C809748" w:rsidR="00792807" w:rsidRPr="00260F73" w:rsidRDefault="00792807"/>
        </w:tc>
      </w:tr>
      <w:tr w:rsidR="00792807" w:rsidRPr="00260F73" w14:paraId="0250DD7D" w14:textId="77777777" w:rsidTr="00A0792E">
        <w:tc>
          <w:tcPr>
            <w:tcW w:w="2689" w:type="dxa"/>
          </w:tcPr>
          <w:p w14:paraId="4E3E51D5" w14:textId="2D2F630E" w:rsidR="00792807" w:rsidRPr="00260F73" w:rsidRDefault="00792807">
            <w:r w:rsidRPr="00260F73">
              <w:rPr>
                <w:b/>
                <w:bCs/>
              </w:rPr>
              <w:t>Role</w:t>
            </w:r>
          </w:p>
        </w:tc>
        <w:sdt>
          <w:sdtPr>
            <w:id w:val="-1202862771"/>
            <w:placeholder>
              <w:docPart w:val="B7C7CFDC2D644289AE2AB641AE0715C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7D64639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01288CF2" w14:textId="77777777" w:rsidTr="00A0792E">
        <w:tc>
          <w:tcPr>
            <w:tcW w:w="2689" w:type="dxa"/>
          </w:tcPr>
          <w:p w14:paraId="734DC3A6" w14:textId="77777777" w:rsidR="00792807" w:rsidRPr="00260F73" w:rsidRDefault="00792807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2083978261"/>
            <w:placeholder>
              <w:docPart w:val="C33EF648034E4E958D1E9FC0362AE81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9579CD7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29DF2838" w14:textId="77777777" w:rsidTr="00A0792E">
        <w:tc>
          <w:tcPr>
            <w:tcW w:w="2689" w:type="dxa"/>
          </w:tcPr>
          <w:p w14:paraId="0BB3D32B" w14:textId="77777777" w:rsidR="00792807" w:rsidRPr="00260F73" w:rsidRDefault="00792807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567957197"/>
            <w:placeholder>
              <w:docPart w:val="D580A06ED6C5445B8F08B955F893D74A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CB8D564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774C3F9F" w14:textId="77777777" w:rsidTr="00A0792E">
        <w:tc>
          <w:tcPr>
            <w:tcW w:w="2689" w:type="dxa"/>
          </w:tcPr>
          <w:p w14:paraId="7116C817" w14:textId="77777777" w:rsidR="00792807" w:rsidRPr="00260F73" w:rsidRDefault="00792807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12071774" w14:textId="77777777" w:rsidR="00792807" w:rsidRPr="00260F73" w:rsidRDefault="00792807"/>
        </w:tc>
        <w:sdt>
          <w:sdtPr>
            <w:id w:val="553821248"/>
            <w:placeholder>
              <w:docPart w:val="C345B918E206447AA7980C7A45CB374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51B6707" w14:textId="77777777" w:rsidR="00792807" w:rsidRPr="00260F73" w:rsidRDefault="0079280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68620254" w14:textId="77777777" w:rsidTr="00A0792E">
        <w:tc>
          <w:tcPr>
            <w:tcW w:w="2689" w:type="dxa"/>
          </w:tcPr>
          <w:p w14:paraId="4331ACEC" w14:textId="77777777" w:rsidR="00792807" w:rsidRPr="00260F73" w:rsidRDefault="00792807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63C3C4CE" w14:textId="77777777" w:rsidR="00792807" w:rsidRPr="00260F73" w:rsidRDefault="00792807">
            <w:r w:rsidRPr="00260F73">
              <w:t xml:space="preserve">Complete  </w:t>
            </w:r>
            <w:sdt>
              <w:sdtPr>
                <w:id w:val="2047637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555495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92807" w:rsidRPr="00260F73" w14:paraId="48BB8D94" w14:textId="77777777" w:rsidTr="00A0792E">
        <w:tc>
          <w:tcPr>
            <w:tcW w:w="2689" w:type="dxa"/>
          </w:tcPr>
          <w:p w14:paraId="13003526" w14:textId="77777777" w:rsidR="00792807" w:rsidRPr="00260F73" w:rsidRDefault="00792807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Formal role or Informal teaching</w:t>
            </w:r>
          </w:p>
        </w:tc>
        <w:sdt>
          <w:sdtPr>
            <w:id w:val="-1860193353"/>
            <w:placeholder>
              <w:docPart w:val="78E4A5576BC74845ABF087A0CD0A20D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A03A41C" w14:textId="77777777" w:rsidR="00792807" w:rsidRPr="00260F73" w:rsidRDefault="00792807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792807" w:rsidRPr="00260F73" w14:paraId="31FDA1C8" w14:textId="77777777" w:rsidTr="00792807">
        <w:tc>
          <w:tcPr>
            <w:tcW w:w="2689" w:type="dxa"/>
            <w:tcBorders>
              <w:bottom w:val="single" w:sz="4" w:space="0" w:color="auto"/>
            </w:tcBorders>
          </w:tcPr>
          <w:p w14:paraId="5E334493" w14:textId="77777777" w:rsidR="00792807" w:rsidRPr="00260F73" w:rsidRDefault="00792807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FDAA520" w14:textId="77777777" w:rsidR="00792807" w:rsidRPr="00260F73" w:rsidRDefault="00792807">
            <w:r w:rsidRPr="00260F73">
              <w:t xml:space="preserve">Yes </w:t>
            </w:r>
            <w:sdt>
              <w:sdtPr>
                <w:id w:val="-539898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656036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92807" w:rsidRPr="00260F73" w14:paraId="65096C00" w14:textId="77777777" w:rsidTr="00792807">
        <w:tc>
          <w:tcPr>
            <w:tcW w:w="2689" w:type="dxa"/>
            <w:tcBorders>
              <w:left w:val="nil"/>
              <w:bottom w:val="single" w:sz="4" w:space="0" w:color="auto"/>
              <w:right w:val="nil"/>
            </w:tcBorders>
          </w:tcPr>
          <w:p w14:paraId="0B98BCB0" w14:textId="77777777" w:rsidR="00792807" w:rsidRPr="00260F73" w:rsidRDefault="00792807">
            <w:pPr>
              <w:rPr>
                <w:b/>
                <w:bCs/>
              </w:rPr>
            </w:pPr>
          </w:p>
        </w:tc>
        <w:tc>
          <w:tcPr>
            <w:tcW w:w="6661" w:type="dxa"/>
            <w:tcBorders>
              <w:left w:val="nil"/>
              <w:bottom w:val="single" w:sz="4" w:space="0" w:color="auto"/>
              <w:right w:val="nil"/>
            </w:tcBorders>
          </w:tcPr>
          <w:p w14:paraId="7D8B5359" w14:textId="77777777" w:rsidR="00792807" w:rsidRPr="00260F73" w:rsidRDefault="00792807"/>
        </w:tc>
      </w:tr>
      <w:tr w:rsidR="00792807" w:rsidRPr="00260F73" w14:paraId="3FFCCB04" w14:textId="77777777" w:rsidTr="000B319E">
        <w:tc>
          <w:tcPr>
            <w:tcW w:w="2689" w:type="dxa"/>
          </w:tcPr>
          <w:p w14:paraId="54135A84" w14:textId="77777777" w:rsidR="00792807" w:rsidRPr="00260F73" w:rsidRDefault="00792807" w:rsidP="000B319E">
            <w:r w:rsidRPr="00260F73">
              <w:rPr>
                <w:b/>
                <w:bCs/>
              </w:rPr>
              <w:t>Role</w:t>
            </w:r>
          </w:p>
        </w:tc>
        <w:sdt>
          <w:sdtPr>
            <w:id w:val="1011573974"/>
            <w:placeholder>
              <w:docPart w:val="FB498DC7CCBC47D192E4779723D0CAA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5844FFA" w14:textId="77777777" w:rsidR="00792807" w:rsidRPr="00260F73" w:rsidRDefault="00792807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73E87C9B" w14:textId="77777777" w:rsidTr="000B319E">
        <w:tc>
          <w:tcPr>
            <w:tcW w:w="2689" w:type="dxa"/>
          </w:tcPr>
          <w:p w14:paraId="60051DD6" w14:textId="77777777" w:rsidR="00792807" w:rsidRPr="00260F73" w:rsidRDefault="00792807" w:rsidP="000B319E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372608506"/>
            <w:placeholder>
              <w:docPart w:val="305EFB18D03E4D71967C3BF172AB8D2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F567C39" w14:textId="77777777" w:rsidR="00792807" w:rsidRPr="00260F73" w:rsidRDefault="00792807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180A1EDA" w14:textId="77777777" w:rsidTr="000B319E">
        <w:tc>
          <w:tcPr>
            <w:tcW w:w="2689" w:type="dxa"/>
          </w:tcPr>
          <w:p w14:paraId="390147B6" w14:textId="77777777" w:rsidR="00792807" w:rsidRPr="00260F73" w:rsidRDefault="00792807" w:rsidP="000B319E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239368055"/>
            <w:placeholder>
              <w:docPart w:val="6F4893444DC047359564AC2AFFD5B6EA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128DF46" w14:textId="77777777" w:rsidR="00792807" w:rsidRPr="00260F73" w:rsidRDefault="00792807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6535AED8" w14:textId="77777777" w:rsidTr="000B319E">
        <w:tc>
          <w:tcPr>
            <w:tcW w:w="2689" w:type="dxa"/>
          </w:tcPr>
          <w:p w14:paraId="574E614B" w14:textId="77777777" w:rsidR="00792807" w:rsidRPr="00260F73" w:rsidRDefault="00792807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4F76641" w14:textId="77777777" w:rsidR="00792807" w:rsidRPr="00260F73" w:rsidRDefault="00792807" w:rsidP="000B319E"/>
        </w:tc>
        <w:sdt>
          <w:sdtPr>
            <w:id w:val="-993181612"/>
            <w:placeholder>
              <w:docPart w:val="30746751BA5E40DC99287342BB83AF6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21AB244" w14:textId="77777777" w:rsidR="00792807" w:rsidRPr="00260F73" w:rsidRDefault="00792807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807" w:rsidRPr="00260F73" w14:paraId="1D2F8AE8" w14:textId="77777777" w:rsidTr="000B319E">
        <w:tc>
          <w:tcPr>
            <w:tcW w:w="2689" w:type="dxa"/>
          </w:tcPr>
          <w:p w14:paraId="578193FF" w14:textId="77777777" w:rsidR="00792807" w:rsidRPr="00260F73" w:rsidRDefault="00792807" w:rsidP="000B319E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1177D53" w14:textId="77777777" w:rsidR="00792807" w:rsidRPr="00260F73" w:rsidRDefault="00792807" w:rsidP="000B319E">
            <w:r w:rsidRPr="00260F73">
              <w:t xml:space="preserve">Complete  </w:t>
            </w:r>
            <w:sdt>
              <w:sdtPr>
                <w:id w:val="426157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094921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92807" w:rsidRPr="00260F73" w14:paraId="36D08E15" w14:textId="77777777" w:rsidTr="000B319E">
        <w:tc>
          <w:tcPr>
            <w:tcW w:w="2689" w:type="dxa"/>
          </w:tcPr>
          <w:p w14:paraId="43F0B122" w14:textId="77777777" w:rsidR="00792807" w:rsidRPr="00260F73" w:rsidRDefault="00792807" w:rsidP="000B319E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2014218092"/>
            <w:placeholder>
              <w:docPart w:val="C9CBF98224EA466FA710BF2B4F12EEC5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3C850CD" w14:textId="77777777" w:rsidR="00792807" w:rsidRPr="00260F73" w:rsidRDefault="00792807" w:rsidP="000B319E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792807" w:rsidRPr="00260F73" w14:paraId="7482507D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79E78BA6" w14:textId="77777777" w:rsidR="00792807" w:rsidRPr="00260F73" w:rsidRDefault="00792807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42E55F35" w14:textId="77777777" w:rsidR="00792807" w:rsidRPr="00260F73" w:rsidRDefault="00792807" w:rsidP="000B319E">
            <w:r w:rsidRPr="00260F73">
              <w:t xml:space="preserve">Yes </w:t>
            </w:r>
            <w:sdt>
              <w:sdtPr>
                <w:id w:val="87311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330139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92807" w:rsidRPr="00260F73" w14:paraId="6F5CC08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343186" w14:textId="4820CB98" w:rsidR="00792807" w:rsidRPr="00260F73" w:rsidRDefault="00792807"/>
        </w:tc>
      </w:tr>
    </w:tbl>
    <w:p w14:paraId="7A882F9A" w14:textId="77777777" w:rsidR="00E9708F" w:rsidRPr="00260F73" w:rsidRDefault="00E9708F"/>
    <w:p w14:paraId="60D435CC" w14:textId="77777777" w:rsidR="00792807" w:rsidRDefault="00792807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59171476" w14:textId="4A600608" w:rsidR="00446759" w:rsidRDefault="00446759" w:rsidP="00446759">
      <w:pPr>
        <w:pStyle w:val="Heading1"/>
      </w:pPr>
      <w:r>
        <w:lastRenderedPageBreak/>
        <w:t>Leadership &amp; Management</w:t>
      </w:r>
    </w:p>
    <w:p w14:paraId="46C30522" w14:textId="7F596927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 xml:space="preserve">Describe a time you demonstrated leadership in </w:t>
      </w:r>
      <w:r w:rsidR="00D51D74">
        <w:rPr>
          <w:b/>
          <w:bCs/>
        </w:rPr>
        <w:t xml:space="preserve">your work </w:t>
      </w:r>
      <w:r w:rsidRPr="00015574">
        <w:rPr>
          <w:b/>
          <w:bCs/>
        </w:rPr>
        <w:t>setting.</w:t>
      </w:r>
    </w:p>
    <w:sdt>
      <w:sdtPr>
        <w:id w:val="-1742706817"/>
        <w:placeholder>
          <w:docPart w:val="E7D02D12569949259F4B303AE9EE91BE"/>
        </w:placeholder>
        <w:showingPlcHdr/>
      </w:sdtPr>
      <w:sdtEndPr/>
      <w:sdtContent>
        <w:p w14:paraId="746969E9" w14:textId="609B147E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98D581B" w14:textId="2D48F4E4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Give an example of how you managed a challenging team situation.</w:t>
      </w:r>
    </w:p>
    <w:sdt>
      <w:sdtPr>
        <w:id w:val="-750272981"/>
        <w:placeholder>
          <w:docPart w:val="CAA78230F4974F91A466D1A3E44D5E2D"/>
        </w:placeholder>
        <w:showingPlcHdr/>
      </w:sdtPr>
      <w:sdtEndPr/>
      <w:sdtContent>
        <w:p w14:paraId="51A226CA" w14:textId="6797E0FD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F53B35C" w14:textId="02CD308E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 xml:space="preserve">Describe a </w:t>
      </w:r>
      <w:r w:rsidR="00D51D74" w:rsidRPr="00D51D74">
        <w:rPr>
          <w:b/>
          <w:bCs/>
        </w:rPr>
        <w:t xml:space="preserve">quality or process improvement </w:t>
      </w:r>
      <w:r w:rsidRPr="00015574">
        <w:rPr>
          <w:b/>
          <w:bCs/>
        </w:rPr>
        <w:t>you initiated or contributed to.</w:t>
      </w:r>
    </w:p>
    <w:sdt>
      <w:sdtPr>
        <w:id w:val="-1647966239"/>
        <w:placeholder>
          <w:docPart w:val="F0CFA2EC4C7B4356B9A2A03A62C38968"/>
        </w:placeholder>
        <w:showingPlcHdr/>
      </w:sdtPr>
      <w:sdtEndPr/>
      <w:sdtContent>
        <w:p w14:paraId="43F0D350" w14:textId="42D47639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3D91A783" w14:textId="6A776EFE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How do you prioritise workload?</w:t>
      </w:r>
    </w:p>
    <w:sdt>
      <w:sdtPr>
        <w:id w:val="-195615532"/>
        <w:placeholder>
          <w:docPart w:val="9380793E9EE044989EB44762814E78B6"/>
        </w:placeholder>
        <w:showingPlcHdr/>
      </w:sdtPr>
      <w:sdtEndPr/>
      <w:sdtContent>
        <w:p w14:paraId="2D21CD22" w14:textId="11FBDC37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3DABBFA" w14:textId="77777777" w:rsidR="00015574" w:rsidRDefault="00015574"/>
    <w:p w14:paraId="56C20746" w14:textId="77777777" w:rsidR="00015574" w:rsidRDefault="00015574" w:rsidP="00015574">
      <w:pPr>
        <w:pStyle w:val="Heading1"/>
      </w:pPr>
      <w:r>
        <w:t>Communication &amp; Professionalism</w:t>
      </w:r>
    </w:p>
    <w:p w14:paraId="7F322BEB" w14:textId="0E1F3551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Describe a situation where you had to communicate a difficult message.</w:t>
      </w:r>
    </w:p>
    <w:sdt>
      <w:sdtPr>
        <w:id w:val="-890113822"/>
        <w:placeholder>
          <w:docPart w:val="0E951C26B4874E2787CBE628EA2C2094"/>
        </w:placeholder>
        <w:showingPlcHdr/>
      </w:sdtPr>
      <w:sdtEndPr/>
      <w:sdtContent>
        <w:p w14:paraId="66323C79" w14:textId="3B49D8A3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EC03080" w14:textId="21B23266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How do you handle conflict with colleagues?</w:t>
      </w:r>
    </w:p>
    <w:sdt>
      <w:sdtPr>
        <w:id w:val="-1454014768"/>
        <w:placeholder>
          <w:docPart w:val="07E5AC0373094234B85BEF415F1A8998"/>
        </w:placeholder>
        <w:showingPlcHdr/>
      </w:sdtPr>
      <w:sdtEndPr/>
      <w:sdtContent>
        <w:p w14:paraId="58DCB18C" w14:textId="3039869A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0ACD46A0" w14:textId="3BFB5764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Give an example of maintaining professionalism under pressure.</w:t>
      </w:r>
    </w:p>
    <w:sdt>
      <w:sdtPr>
        <w:id w:val="-1459866788"/>
        <w:placeholder>
          <w:docPart w:val="3ED87B2022A34B2198DC2B217B191AF1"/>
        </w:placeholder>
        <w:showingPlcHdr/>
      </w:sdtPr>
      <w:sdtEndPr/>
      <w:sdtContent>
        <w:p w14:paraId="5BC1A269" w14:textId="52C68820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D12A2C2" w14:textId="77777777" w:rsidR="00015574" w:rsidRDefault="00015574"/>
    <w:p w14:paraId="22F0C6D2" w14:textId="28958BC6" w:rsidR="003713D2" w:rsidRPr="003713D2" w:rsidRDefault="00D51D74" w:rsidP="003713D2">
      <w:pPr>
        <w:pStyle w:val="Heading1"/>
      </w:pPr>
      <w:r>
        <w:t>Medical</w:t>
      </w:r>
      <w:r w:rsidR="003713D2" w:rsidRPr="003713D2">
        <w:t xml:space="preserve"> Governance &amp; Patient Safety</w:t>
      </w:r>
    </w:p>
    <w:p w14:paraId="1F8D02AC" w14:textId="414E8037" w:rsidR="00E90802" w:rsidRPr="00E90802" w:rsidRDefault="00E90802" w:rsidP="00E90802">
      <w:pPr>
        <w:pStyle w:val="ListParagraph"/>
        <w:numPr>
          <w:ilvl w:val="0"/>
          <w:numId w:val="17"/>
        </w:numPr>
        <w:rPr>
          <w:rFonts w:asciiTheme="minorHAnsi" w:hAnsiTheme="minorHAnsi"/>
          <w:b/>
          <w:bCs/>
          <w:sz w:val="22"/>
          <w:lang w:val="en-US"/>
        </w:rPr>
      </w:pPr>
      <w:r w:rsidRPr="00E90802">
        <w:rPr>
          <w:b/>
          <w:bCs/>
        </w:rPr>
        <w:t>Describe your involvement in patient safety initiatives.</w:t>
      </w:r>
    </w:p>
    <w:sdt>
      <w:sdtPr>
        <w:rPr>
          <w:rFonts w:asciiTheme="minorHAnsi" w:hAnsiTheme="minorHAnsi"/>
          <w:sz w:val="22"/>
          <w:lang w:val="en-US"/>
        </w:rPr>
        <w:id w:val="-384488677"/>
        <w:placeholder>
          <w:docPart w:val="767380ACF96F4D0C8C1A7DCE5CFD83A8"/>
        </w:placeholder>
        <w:showingPlcHdr/>
      </w:sdtPr>
      <w:sdtEndPr/>
      <w:sdtContent>
        <w:p w14:paraId="4C3D1DA9" w14:textId="618CA398" w:rsidR="00E90802" w:rsidRPr="00E90802" w:rsidRDefault="00E90802" w:rsidP="00E90802">
          <w:pPr>
            <w:rPr>
              <w:rFonts w:asciiTheme="minorHAnsi" w:hAnsiTheme="minorHAnsi"/>
              <w:sz w:val="22"/>
              <w:lang w:val="en-US"/>
            </w:rPr>
          </w:pPr>
          <w:r w:rsidRPr="002B0523">
            <w:rPr>
              <w:rStyle w:val="PlaceholderText"/>
              <w:lang w:val="en-US"/>
            </w:rPr>
            <w:t>Click or tap here to enter text.</w:t>
          </w:r>
        </w:p>
      </w:sdtContent>
    </w:sdt>
    <w:p w14:paraId="28B48482" w14:textId="0C1FF650" w:rsidR="003713D2" w:rsidRDefault="003713D2" w:rsidP="003713D2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 w:rsidRPr="003713D2">
        <w:rPr>
          <w:b/>
          <w:bCs/>
          <w:lang w:val="en-US"/>
        </w:rPr>
        <w:t>Provide an example of how you identified and addressed a risk.</w:t>
      </w:r>
    </w:p>
    <w:sdt>
      <w:sdtPr>
        <w:rPr>
          <w:lang w:val="en-US"/>
        </w:rPr>
        <w:id w:val="-1816095327"/>
        <w:placeholder>
          <w:docPart w:val="A52E9F0F3C3549C29B060FC2F2A6D578"/>
        </w:placeholder>
        <w:showingPlcHdr/>
      </w:sdtPr>
      <w:sdtEndPr/>
      <w:sdtContent>
        <w:p w14:paraId="4983BFA6" w14:textId="495545B3" w:rsidR="003713D2" w:rsidRPr="003713D2" w:rsidRDefault="003713D2" w:rsidP="003713D2">
          <w:pPr>
            <w:rPr>
              <w:lang w:val="en-US"/>
            </w:rPr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sdtContent>
    </w:sdt>
    <w:p w14:paraId="287CB9A6" w14:textId="31D904B6" w:rsidR="003713D2" w:rsidRDefault="003713D2" w:rsidP="003713D2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 w:rsidRPr="003713D2">
        <w:rPr>
          <w:b/>
          <w:bCs/>
          <w:lang w:val="en-US"/>
        </w:rPr>
        <w:t xml:space="preserve">How do you ensure high standards of </w:t>
      </w:r>
      <w:r w:rsidR="00D51D74">
        <w:rPr>
          <w:b/>
          <w:bCs/>
          <w:lang w:val="en-US"/>
        </w:rPr>
        <w:t>medical communication</w:t>
      </w:r>
      <w:r w:rsidRPr="003713D2">
        <w:rPr>
          <w:b/>
          <w:bCs/>
          <w:lang w:val="en-US"/>
        </w:rPr>
        <w:t>?</w:t>
      </w:r>
    </w:p>
    <w:sdt>
      <w:sdtPr>
        <w:rPr>
          <w:lang w:val="en-US"/>
        </w:rPr>
        <w:id w:val="1871638181"/>
        <w:placeholder>
          <w:docPart w:val="136CB3F2E58949E09F2EAE0D704C7EE0"/>
        </w:placeholder>
        <w:showingPlcHdr/>
      </w:sdtPr>
      <w:sdtEndPr/>
      <w:sdtContent>
        <w:p w14:paraId="1CEB9046" w14:textId="47BBDA1D" w:rsidR="003713D2" w:rsidRPr="003713D2" w:rsidRDefault="003713D2" w:rsidP="003713D2">
          <w:pPr>
            <w:rPr>
              <w:lang w:val="en-US"/>
            </w:rPr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sdtContent>
    </w:sdt>
    <w:p w14:paraId="58BC4384" w14:textId="77777777" w:rsidR="003713D2" w:rsidRDefault="003713D2"/>
    <w:sectPr w:rsidR="003713D2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C5D1C" w14:textId="77777777" w:rsidR="0015104E" w:rsidRPr="00260F73" w:rsidRDefault="0015104E" w:rsidP="001B2E81">
      <w:pPr>
        <w:spacing w:after="0" w:line="240" w:lineRule="auto"/>
      </w:pPr>
      <w:r w:rsidRPr="00260F73">
        <w:separator/>
      </w:r>
    </w:p>
  </w:endnote>
  <w:endnote w:type="continuationSeparator" w:id="0">
    <w:p w14:paraId="17FE33BB" w14:textId="77777777" w:rsidR="0015104E" w:rsidRPr="00260F73" w:rsidRDefault="0015104E" w:rsidP="001B2E81">
      <w:pPr>
        <w:spacing w:after="0" w:line="240" w:lineRule="auto"/>
      </w:pPr>
      <w:r w:rsidRPr="00260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/>
    <w:sdtContent>
      <w:p w14:paraId="7954CBEC" w14:textId="5E77B792" w:rsidR="007C3707" w:rsidRPr="00260F73" w:rsidRDefault="007C3707" w:rsidP="007C3707">
        <w:pPr>
          <w:pStyle w:val="Footer"/>
        </w:pPr>
        <w:r w:rsidRPr="00260F73">
          <w:tab/>
        </w:r>
        <w:r w:rsidRPr="00260F73">
          <w:tab/>
        </w:r>
        <w:r w:rsidRPr="00260F73">
          <w:fldChar w:fldCharType="begin"/>
        </w:r>
        <w:r w:rsidRPr="00260F73">
          <w:instrText xml:space="preserve"> PAGE   \* MERGEFORMAT </w:instrText>
        </w:r>
        <w:r w:rsidRPr="00260F73">
          <w:fldChar w:fldCharType="separate"/>
        </w:r>
        <w:r w:rsidRPr="00260F73">
          <w:t>2</w:t>
        </w:r>
        <w:r w:rsidRPr="00260F73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260F73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BFACF" w14:textId="77777777" w:rsidR="0015104E" w:rsidRPr="00260F73" w:rsidRDefault="0015104E" w:rsidP="001B2E81">
      <w:pPr>
        <w:spacing w:after="0" w:line="240" w:lineRule="auto"/>
      </w:pPr>
      <w:r w:rsidRPr="00260F73">
        <w:separator/>
      </w:r>
    </w:p>
  </w:footnote>
  <w:footnote w:type="continuationSeparator" w:id="0">
    <w:p w14:paraId="4787B511" w14:textId="77777777" w:rsidR="0015104E" w:rsidRPr="00260F73" w:rsidRDefault="0015104E" w:rsidP="001B2E81">
      <w:pPr>
        <w:spacing w:after="0" w:line="240" w:lineRule="auto"/>
      </w:pPr>
      <w:r w:rsidRPr="00260F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380F" w14:textId="577D1883" w:rsidR="001B2E81" w:rsidRPr="00260F73" w:rsidRDefault="007C3707">
    <w:pPr>
      <w:pStyle w:val="Header"/>
    </w:pPr>
    <w:r w:rsidRPr="00260F73">
      <w:ptab w:relativeTo="margin" w:alignment="right" w:leader="none"/>
    </w:r>
    <w:r w:rsidRPr="00260F73">
      <w:t xml:space="preserve">RCPI HST Application CV: </w:t>
    </w:r>
    <w:r w:rsidR="00A508CC">
      <w:t>Pharmaceutical Medicine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1FAA58A7" w:rsidR="001B2E81" w:rsidRPr="00260F73" w:rsidRDefault="00E9080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282BCF" wp14:editId="2EB7A49F">
          <wp:simplePos x="0" y="0"/>
          <wp:positionH relativeFrom="column">
            <wp:posOffset>-628650</wp:posOffset>
          </wp:positionH>
          <wp:positionV relativeFrom="paragraph">
            <wp:posOffset>-196850</wp:posOffset>
          </wp:positionV>
          <wp:extent cx="2955251" cy="1044000"/>
          <wp:effectExtent l="0" t="0" r="0" b="3810"/>
          <wp:wrapTopAndBottom/>
          <wp:docPr id="11411124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1112451" name="Picture 114111245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55251" cy="10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B0C3B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536746"/>
    <w:multiLevelType w:val="hybridMultilevel"/>
    <w:tmpl w:val="1D66562E"/>
    <w:lvl w:ilvl="0" w:tplc="7FD6ABA4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0278A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2142C"/>
    <w:multiLevelType w:val="hybridMultilevel"/>
    <w:tmpl w:val="FF2CE1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5"/>
  </w:num>
  <w:num w:numId="14" w16cid:durableId="889731661">
    <w:abstractNumId w:val="16"/>
  </w:num>
  <w:num w:numId="15" w16cid:durableId="323359985">
    <w:abstractNumId w:val="14"/>
  </w:num>
  <w:num w:numId="16" w16cid:durableId="1461606276">
    <w:abstractNumId w:val="9"/>
  </w:num>
  <w:num w:numId="17" w16cid:durableId="12193950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574"/>
    <w:rsid w:val="00034616"/>
    <w:rsid w:val="00041DFE"/>
    <w:rsid w:val="0006063C"/>
    <w:rsid w:val="00081140"/>
    <w:rsid w:val="000834D5"/>
    <w:rsid w:val="000934D5"/>
    <w:rsid w:val="000A5F58"/>
    <w:rsid w:val="0015074B"/>
    <w:rsid w:val="0015104E"/>
    <w:rsid w:val="001739F7"/>
    <w:rsid w:val="0018436F"/>
    <w:rsid w:val="001872EB"/>
    <w:rsid w:val="001B2E81"/>
    <w:rsid w:val="001C17E4"/>
    <w:rsid w:val="00214ECC"/>
    <w:rsid w:val="002319B9"/>
    <w:rsid w:val="00232F78"/>
    <w:rsid w:val="00260F73"/>
    <w:rsid w:val="002931FF"/>
    <w:rsid w:val="0029639D"/>
    <w:rsid w:val="002C6D62"/>
    <w:rsid w:val="002D7D98"/>
    <w:rsid w:val="002E140B"/>
    <w:rsid w:val="00326F90"/>
    <w:rsid w:val="003713D2"/>
    <w:rsid w:val="003729FB"/>
    <w:rsid w:val="003D3F79"/>
    <w:rsid w:val="00446759"/>
    <w:rsid w:val="00490D4F"/>
    <w:rsid w:val="004929C5"/>
    <w:rsid w:val="004A41F5"/>
    <w:rsid w:val="004D6768"/>
    <w:rsid w:val="00547911"/>
    <w:rsid w:val="00597958"/>
    <w:rsid w:val="005A051B"/>
    <w:rsid w:val="006D0099"/>
    <w:rsid w:val="0075109E"/>
    <w:rsid w:val="00792807"/>
    <w:rsid w:val="007C0991"/>
    <w:rsid w:val="007C3707"/>
    <w:rsid w:val="00801BD9"/>
    <w:rsid w:val="00821B93"/>
    <w:rsid w:val="008525FA"/>
    <w:rsid w:val="00857D96"/>
    <w:rsid w:val="009A7B67"/>
    <w:rsid w:val="009E4AEB"/>
    <w:rsid w:val="00A0792E"/>
    <w:rsid w:val="00A36383"/>
    <w:rsid w:val="00A508CC"/>
    <w:rsid w:val="00A56CD3"/>
    <w:rsid w:val="00A606A6"/>
    <w:rsid w:val="00AA1D8D"/>
    <w:rsid w:val="00B16633"/>
    <w:rsid w:val="00B47730"/>
    <w:rsid w:val="00B8038E"/>
    <w:rsid w:val="00B904B0"/>
    <w:rsid w:val="00BD4838"/>
    <w:rsid w:val="00C7253B"/>
    <w:rsid w:val="00C95D05"/>
    <w:rsid w:val="00CB0664"/>
    <w:rsid w:val="00CD745A"/>
    <w:rsid w:val="00D41E2C"/>
    <w:rsid w:val="00D51D74"/>
    <w:rsid w:val="00DA296B"/>
    <w:rsid w:val="00E5708D"/>
    <w:rsid w:val="00E90802"/>
    <w:rsid w:val="00E9708F"/>
    <w:rsid w:val="00F211F0"/>
    <w:rsid w:val="00F277ED"/>
    <w:rsid w:val="00F4085D"/>
    <w:rsid w:val="00F54DC5"/>
    <w:rsid w:val="00F75C6A"/>
    <w:rsid w:val="00F85A62"/>
    <w:rsid w:val="00F8643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105700" w:rsidP="00105700">
          <w:pPr>
            <w:pStyle w:val="F4D6CB2241074A76A75ACE4A72F3BAC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105700" w:rsidP="00105700">
          <w:pPr>
            <w:pStyle w:val="5C6BE9DD57B042A78E73AE6C65AB81E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105700" w:rsidP="00105700">
          <w:pPr>
            <w:pStyle w:val="B94FF17A7DD844238942618D220CAEE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105700" w:rsidP="00105700">
          <w:pPr>
            <w:pStyle w:val="767E5F504CE04A3283DBB5C362BF53D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105700" w:rsidP="00105700">
          <w:pPr>
            <w:pStyle w:val="15FA136DFCC9400EA3643631FD9D49A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105700" w:rsidP="00105700">
          <w:pPr>
            <w:pStyle w:val="758EF154077D4EC492E0AA02749775E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105700" w:rsidP="00105700">
          <w:pPr>
            <w:pStyle w:val="60444590C5F4414E83C6454885D5753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105700" w:rsidP="00105700">
          <w:pPr>
            <w:pStyle w:val="096DC268CB3744C7AF90E558EFABE7F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105700" w:rsidP="00105700">
          <w:pPr>
            <w:pStyle w:val="16EE3227410F4460A6706019F08584B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105700" w:rsidP="00105700">
          <w:pPr>
            <w:pStyle w:val="35C6ADD19D0A4F7F9AA8A8D4CCB1374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105700" w:rsidP="00105700">
          <w:pPr>
            <w:pStyle w:val="0AD4EFDEB46F4DD3B07D7D864B6EAEB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105700" w:rsidP="00105700">
          <w:pPr>
            <w:pStyle w:val="C969D259CE28476AA1EB44B74A93B0D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105700" w:rsidP="00105700">
          <w:pPr>
            <w:pStyle w:val="4163D3241B974CB9999FF0EC5B4E2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105700" w:rsidP="00105700">
          <w:pPr>
            <w:pStyle w:val="89495584885745569DDCF4FEC1482D05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105700" w:rsidP="00105700">
          <w:pPr>
            <w:pStyle w:val="66C6F6902A3B4D4CA7D745FDDA70B68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105700" w:rsidP="00105700">
          <w:pPr>
            <w:pStyle w:val="4CD965A9EE694FECADF2476D720E7B6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105700" w:rsidP="00105700">
          <w:pPr>
            <w:pStyle w:val="09E232A6ADC042DB884957F020A929B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105700" w:rsidP="00105700">
          <w:pPr>
            <w:pStyle w:val="3DF7FD3C5E5C4C0992D419903A5ACDD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105700" w:rsidP="00105700">
          <w:pPr>
            <w:pStyle w:val="657F90F891404138BEF4C8B0986FE70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105700" w:rsidP="00105700">
          <w:pPr>
            <w:pStyle w:val="C9113B8A854441D682CE5AC80AFB086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105700" w:rsidP="00105700">
          <w:pPr>
            <w:pStyle w:val="E3F5175B57004446843F4F317C13BE7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105700" w:rsidP="00105700">
          <w:pPr>
            <w:pStyle w:val="74CADD3637F3476CAEF2795719E307A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105700" w:rsidP="00105700">
          <w:pPr>
            <w:pStyle w:val="6E2E25C8BD59485F83A4E1A3EB66C1C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105700" w:rsidP="00105700">
          <w:pPr>
            <w:pStyle w:val="CADFFF9D18954E1993F5C0789B03E17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105700" w:rsidP="00105700">
          <w:pPr>
            <w:pStyle w:val="872FF4CA11794B8A841DB2220DF10EA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105700" w:rsidP="00105700">
          <w:pPr>
            <w:pStyle w:val="4E97BD512F134974B65EC5CE1A1FFA5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105700" w:rsidP="00105700">
          <w:pPr>
            <w:pStyle w:val="43C24FC1DD4E4C25906C3761C0E444F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105700" w:rsidP="00105700">
          <w:pPr>
            <w:pStyle w:val="6E5B51F8A20C49259CB13015EB12138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105700" w:rsidP="00105700">
          <w:pPr>
            <w:pStyle w:val="ACA81B7FEB124004A04A95F11ADBD7A7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105700" w:rsidP="00105700">
          <w:pPr>
            <w:pStyle w:val="AB27C8C8D90949D99B80C3BCC40C6D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105700" w:rsidP="00105700">
          <w:pPr>
            <w:pStyle w:val="BE6BAA36B4CE46CCBA1107A2CA86328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105700" w:rsidP="00105700">
          <w:pPr>
            <w:pStyle w:val="98F3A9EE91754E259AFD2F141BD88EC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105700" w:rsidP="00105700">
          <w:pPr>
            <w:pStyle w:val="A562792367E244C2B52C13434E400DB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105700" w:rsidP="00105700">
          <w:pPr>
            <w:pStyle w:val="7E217E49FF2B4BCCB4F3ACCCBA86205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105700" w:rsidP="00105700">
          <w:pPr>
            <w:pStyle w:val="A6B6B6169038418C8F137F03A3BAC3E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105700" w:rsidP="00105700">
          <w:pPr>
            <w:pStyle w:val="BA84038C5BAB4BC98BCFD7720888F4E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105700" w:rsidP="00105700">
          <w:pPr>
            <w:pStyle w:val="2A85F1BB5E59479D91B2E845B74103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105700" w:rsidP="00105700">
          <w:pPr>
            <w:pStyle w:val="734A0FEE22AB4D08A85FAFBB84445CB9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105700" w:rsidP="00105700">
          <w:pPr>
            <w:pStyle w:val="3AE69983638E496B87E186B118E83D05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105700" w:rsidP="00105700">
          <w:pPr>
            <w:pStyle w:val="4E1B8BE8E635423EB269141E9E2912A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105700" w:rsidP="00105700">
          <w:pPr>
            <w:pStyle w:val="522C19E6AA2346A4966003129C441C2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105700" w:rsidP="00105700">
          <w:pPr>
            <w:pStyle w:val="DC6DBC8E8B3947CB8F9195F36B67D85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105700" w:rsidP="00105700">
          <w:pPr>
            <w:pStyle w:val="49487EF4E50B45EF8F8DF0A58099CB0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105700" w:rsidP="00105700">
          <w:pPr>
            <w:pStyle w:val="C6C5AA04D5744E5397F5B4C02E599FE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105700" w:rsidP="00105700">
          <w:pPr>
            <w:pStyle w:val="657845195F10471BB191FDF6254F450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105700" w:rsidP="00105700">
          <w:pPr>
            <w:pStyle w:val="4261ABEBA6024587BD9BFFA89B86CBA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105700" w:rsidP="00105700">
          <w:pPr>
            <w:pStyle w:val="ECE4C47E07C843CCA2D7255597D07705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105700" w:rsidP="00105700">
          <w:pPr>
            <w:pStyle w:val="9444CF760006459A89EF2B7CE3AFF2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105700" w:rsidP="00105700">
          <w:pPr>
            <w:pStyle w:val="A451D5A1F2414B9AB219F05CFB3EC45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105700" w:rsidP="00105700">
          <w:pPr>
            <w:pStyle w:val="E58E1C4CC73644419B96786849CD0414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105700" w:rsidP="00105700">
          <w:pPr>
            <w:pStyle w:val="CA4E4ABAE5DA465E97A6237A7809538C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105700" w:rsidP="00105700">
          <w:pPr>
            <w:pStyle w:val="156AE4FD73954CA688AAE317B321396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105700" w:rsidP="00105700">
          <w:pPr>
            <w:pStyle w:val="6D5A277E4DAE4119840AF2E2D970FC5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105700" w:rsidP="00105700">
          <w:pPr>
            <w:pStyle w:val="586FFECF142C4598987272C037E4807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105700" w:rsidP="00105700">
          <w:pPr>
            <w:pStyle w:val="0FB6E5FECABF45829BB384A56029A28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105700" w:rsidP="00105700">
          <w:pPr>
            <w:pStyle w:val="7041F98D97294F33B27DB409BE8E34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105700" w:rsidP="00105700">
          <w:pPr>
            <w:pStyle w:val="73AB6D1D873F4738BF61AE697637871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105700" w:rsidP="00105700">
          <w:pPr>
            <w:pStyle w:val="520891A0A4C04E9D9F8A8F3644975C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105700" w:rsidP="00105700">
          <w:pPr>
            <w:pStyle w:val="C582574595EA444189787F4DFB8EE37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105700" w:rsidP="00105700">
          <w:pPr>
            <w:pStyle w:val="55670920D67C4481B676B57D42BEF39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105700" w:rsidP="00105700">
          <w:pPr>
            <w:pStyle w:val="1734C0B0E50C4165979C1D1CD6EF511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105700" w:rsidP="00105700">
          <w:pPr>
            <w:pStyle w:val="A98CC7936C024C2988776FBA2CC670B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105700" w:rsidP="00105700">
          <w:pPr>
            <w:pStyle w:val="2E9B36F7201C45DF99CA9FA9C42900A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105700" w:rsidP="00105700">
          <w:pPr>
            <w:pStyle w:val="09814CF1CD7A47D3BB560F37A96F9D5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105700" w:rsidP="00105700">
          <w:pPr>
            <w:pStyle w:val="7793DEAF92564508A217818A964BBBC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F14FB66A15431389EB3E003A7DA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AF9D1-D349-4B4C-8AC3-C194B67500ED}"/>
      </w:docPartPr>
      <w:docPartBody>
        <w:p w:rsidR="00FB32F8" w:rsidRDefault="00105700" w:rsidP="00105700">
          <w:pPr>
            <w:pStyle w:val="D5F14FB66A15431389EB3E003A7DADB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650B01579224C17841E78E78C057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05105-B3F9-4707-A643-A9C4862E43CC}"/>
      </w:docPartPr>
      <w:docPartBody>
        <w:p w:rsidR="00FB32F8" w:rsidRDefault="00105700" w:rsidP="00105700">
          <w:pPr>
            <w:pStyle w:val="0650B01579224C17841E78E78C05793F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7D02D12569949259F4B303AE9EE9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A76D1-381F-4CA9-B7AF-88F917F3FC88}"/>
      </w:docPartPr>
      <w:docPartBody>
        <w:p w:rsidR="00FB32F8" w:rsidRDefault="00105700" w:rsidP="00105700">
          <w:pPr>
            <w:pStyle w:val="E7D02D12569949259F4B303AE9EE91BE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AA78230F4974F91A466D1A3E44D5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29B16-3BFD-4A48-8F7F-0BAC8779B0C1}"/>
      </w:docPartPr>
      <w:docPartBody>
        <w:p w:rsidR="00FB32F8" w:rsidRDefault="00105700" w:rsidP="00105700">
          <w:pPr>
            <w:pStyle w:val="CAA78230F4974F91A466D1A3E44D5E2D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0CFA2EC4C7B4356B9A2A03A62C3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F5D85-CB3E-4A44-9637-CCF8369D9D55}"/>
      </w:docPartPr>
      <w:docPartBody>
        <w:p w:rsidR="00FB32F8" w:rsidRDefault="00105700" w:rsidP="00105700">
          <w:pPr>
            <w:pStyle w:val="F0CFA2EC4C7B4356B9A2A03A62C38968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380793E9EE044989EB44762814E7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11D0B-E82C-43C9-ACEC-A191B2932E65}"/>
      </w:docPartPr>
      <w:docPartBody>
        <w:p w:rsidR="00FB32F8" w:rsidRDefault="00105700" w:rsidP="00105700">
          <w:pPr>
            <w:pStyle w:val="9380793E9EE044989EB44762814E78B6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E951C26B4874E2787CBE628EA2C2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264B1-7029-4E4B-B362-40B4EA5114CB}"/>
      </w:docPartPr>
      <w:docPartBody>
        <w:p w:rsidR="00FB32F8" w:rsidRDefault="00105700" w:rsidP="00105700">
          <w:pPr>
            <w:pStyle w:val="0E951C26B4874E2787CBE628EA2C2094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7E5AC0373094234B85BEF415F1A8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2388E-C272-4943-B48F-BBC861F70C42}"/>
      </w:docPartPr>
      <w:docPartBody>
        <w:p w:rsidR="00FB32F8" w:rsidRDefault="00105700" w:rsidP="00105700">
          <w:pPr>
            <w:pStyle w:val="07E5AC0373094234B85BEF415F1A8998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ED87B2022A34B2198DC2B217B191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83268-A1D0-414B-9E4C-274FBCEDF1FC}"/>
      </w:docPartPr>
      <w:docPartBody>
        <w:p w:rsidR="00FB32F8" w:rsidRDefault="00105700" w:rsidP="00105700">
          <w:pPr>
            <w:pStyle w:val="3ED87B2022A34B2198DC2B217B191AF1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784E538356841158C171F82ADDD5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B5282-FD07-4F29-B2DF-18CFE9726881}"/>
      </w:docPartPr>
      <w:docPartBody>
        <w:p w:rsidR="008B2AB1" w:rsidRDefault="00105700" w:rsidP="00105700">
          <w:pPr>
            <w:pStyle w:val="E784E538356841158C171F82ADDD532E"/>
          </w:pPr>
          <w:r w:rsidRPr="00446759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52E9F0F3C3549C29B060FC2F2A6D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D4201-BD6A-4DAB-AB1B-0CB0DC782216}"/>
      </w:docPartPr>
      <w:docPartBody>
        <w:p w:rsidR="008B2AB1" w:rsidRDefault="00105700" w:rsidP="00105700">
          <w:pPr>
            <w:pStyle w:val="A52E9F0F3C3549C29B060FC2F2A6D578"/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36CB3F2E58949E09F2EAE0D704C7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72621-4597-4216-BC04-C30185824784}"/>
      </w:docPartPr>
      <w:docPartBody>
        <w:p w:rsidR="008B2AB1" w:rsidRDefault="00105700" w:rsidP="00105700">
          <w:pPr>
            <w:pStyle w:val="136CB3F2E58949E09F2EAE0D704C7EE0"/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F98BD6A7E484DF08110B1C4E624D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18609-F20C-4529-ABA2-5109F4885419}"/>
      </w:docPartPr>
      <w:docPartBody>
        <w:p w:rsidR="008B2AB1" w:rsidRDefault="00105700" w:rsidP="00105700">
          <w:pPr>
            <w:pStyle w:val="9F98BD6A7E484DF08110B1C4E624D3D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3C5AFA5E7E4902A9BB228B214E5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779EC-FA3C-4FD2-8E32-369D0D2FA589}"/>
      </w:docPartPr>
      <w:docPartBody>
        <w:p w:rsidR="008B2AB1" w:rsidRDefault="00105700" w:rsidP="00105700">
          <w:pPr>
            <w:pStyle w:val="233C5AFA5E7E4902A9BB228B214E579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8839E78C2545FD826212E931A37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2E05B-A3D6-4E97-8A6E-F29C8DCFDB1D}"/>
      </w:docPartPr>
      <w:docPartBody>
        <w:p w:rsidR="008B2AB1" w:rsidRDefault="00105700" w:rsidP="00105700">
          <w:pPr>
            <w:pStyle w:val="1B8839E78C2545FD826212E931A37F3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B61E07360347BCBC59BA9F385F7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78943-DE9A-4924-872C-15CCE11D74A6}"/>
      </w:docPartPr>
      <w:docPartBody>
        <w:p w:rsidR="008B2AB1" w:rsidRDefault="00105700" w:rsidP="00105700">
          <w:pPr>
            <w:pStyle w:val="69B61E07360347BCBC59BA9F385F723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DD47DEE724B839CD6026B1BF75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291A8-F484-4BB9-8846-C1B8F35BA8ED}"/>
      </w:docPartPr>
      <w:docPartBody>
        <w:p w:rsidR="008B2AB1" w:rsidRDefault="00105700" w:rsidP="00105700">
          <w:pPr>
            <w:pStyle w:val="EEADD47DEE724B839CD6026B1BF75AA9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636CEBDA55446F2B898CE82D65A7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4DA02-F66D-478A-936F-27E433FF3BBB}"/>
      </w:docPartPr>
      <w:docPartBody>
        <w:p w:rsidR="008B2AB1" w:rsidRDefault="00105700" w:rsidP="00105700">
          <w:pPr>
            <w:pStyle w:val="2636CEBDA55446F2B898CE82D65A7F19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B1AD7A19AFD34107A93F340107E98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282F6-687A-4C59-99CF-884144880502}"/>
      </w:docPartPr>
      <w:docPartBody>
        <w:p w:rsidR="008B2AB1" w:rsidRDefault="00105700" w:rsidP="00105700">
          <w:pPr>
            <w:pStyle w:val="B1AD7A19AFD34107A93F340107E987C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6A75EF89754CCCA94133C3ED148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E0FB0-CB23-4A52-9EA4-D532E1C29D57}"/>
      </w:docPartPr>
      <w:docPartBody>
        <w:p w:rsidR="008B2AB1" w:rsidRDefault="00105700" w:rsidP="00105700">
          <w:pPr>
            <w:pStyle w:val="886A75EF89754CCCA94133C3ED14837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D57F54BA834AB1B560799287111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E4660-D68B-4E91-BECB-84B53041CEB0}"/>
      </w:docPartPr>
      <w:docPartBody>
        <w:p w:rsidR="008B2AB1" w:rsidRDefault="00105700" w:rsidP="00105700">
          <w:pPr>
            <w:pStyle w:val="5ED57F54BA834AB1B5607992871117D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FABCABA0B9461DA7D3E68645D5F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27A21-7C12-4F7C-B26D-BC731D9D3327}"/>
      </w:docPartPr>
      <w:docPartBody>
        <w:p w:rsidR="008B2AB1" w:rsidRDefault="00105700" w:rsidP="00105700">
          <w:pPr>
            <w:pStyle w:val="6DFABCABA0B9461DA7D3E68645D5FAB7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90A19DFEA52488BB99915162C939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AD4C1-B93A-4C83-A922-33F676BFAD5F}"/>
      </w:docPartPr>
      <w:docPartBody>
        <w:p w:rsidR="008B2AB1" w:rsidRDefault="00105700" w:rsidP="00105700">
          <w:pPr>
            <w:pStyle w:val="D90A19DFEA52488BB99915162C93968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1563FD68FD43D5BA165673FF6D1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ABF75-529B-455E-B81A-D7AEB6FCF9D7}"/>
      </w:docPartPr>
      <w:docPartBody>
        <w:p w:rsidR="008B2AB1" w:rsidRDefault="00105700" w:rsidP="00105700">
          <w:pPr>
            <w:pStyle w:val="521563FD68FD43D5BA165673FF6D137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408CFFC6BA4AA5A655C4CB9E8D3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4A3E5-029B-4B7B-ACB2-88540755CD8B}"/>
      </w:docPartPr>
      <w:docPartBody>
        <w:p w:rsidR="008B2AB1" w:rsidRDefault="00105700" w:rsidP="00105700">
          <w:pPr>
            <w:pStyle w:val="AE408CFFC6BA4AA5A655C4CB9E8D33B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7C883E787A7487E8AC9A2460D0D6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CF150-83FF-4F4E-8568-AE575AA626C3}"/>
      </w:docPartPr>
      <w:docPartBody>
        <w:p w:rsidR="008B2AB1" w:rsidRDefault="00105700" w:rsidP="00105700">
          <w:pPr>
            <w:pStyle w:val="77C883E787A7487E8AC9A2460D0D6120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DFABB6305204921AB41714CDBEF1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1CCC7-EC6E-4235-AE3F-C914F0C4399F}"/>
      </w:docPartPr>
      <w:docPartBody>
        <w:p w:rsidR="008B2AB1" w:rsidRDefault="00105700" w:rsidP="00105700">
          <w:pPr>
            <w:pStyle w:val="EDFABB6305204921AB41714CDBEF1F2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948876AF22424CB7ED2F5AF92F9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3A816-F1A3-41C6-9F4B-FEE33DF23F86}"/>
      </w:docPartPr>
      <w:docPartBody>
        <w:p w:rsidR="008B2AB1" w:rsidRDefault="00105700" w:rsidP="00105700">
          <w:pPr>
            <w:pStyle w:val="39948876AF22424CB7ED2F5AF92F9C4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EA29DA30454295831DD7CCFD089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2FC8B-6295-4D64-BF9F-CC8772FA8AF8}"/>
      </w:docPartPr>
      <w:docPartBody>
        <w:p w:rsidR="008B2AB1" w:rsidRDefault="00105700" w:rsidP="00105700">
          <w:pPr>
            <w:pStyle w:val="4EEA29DA30454295831DD7CCFD08932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380ACF96F4D0C8C1A7DCE5CFD8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B5038-9A21-42CC-AE30-A989AD75AA97}"/>
      </w:docPartPr>
      <w:docPartBody>
        <w:p w:rsidR="007A5F7C" w:rsidRDefault="00105700" w:rsidP="00105700">
          <w:pPr>
            <w:pStyle w:val="767380ACF96F4D0C8C1A7DCE5CFD83A81"/>
          </w:pPr>
          <w:r w:rsidRPr="002B052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8313AC1A6664BC996892197D812C8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4AD8B-2373-43FD-A2AD-26DB33BDF792}"/>
      </w:docPartPr>
      <w:docPartBody>
        <w:p w:rsidR="00F6342A" w:rsidRDefault="00105700" w:rsidP="00105700">
          <w:pPr>
            <w:pStyle w:val="A8313AC1A6664BC996892197D812C8B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97149943FB4CAEAD3E76D14FCF52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B5568-30ED-48A8-A101-3BA52602E9B8}"/>
      </w:docPartPr>
      <w:docPartBody>
        <w:p w:rsidR="00F6342A" w:rsidRDefault="00105700" w:rsidP="00105700">
          <w:pPr>
            <w:pStyle w:val="2297149943FB4CAEAD3E76D14FCF5224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1E4B7DFF15D4BBC9F5C6E51FE94A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BEB63-C091-4A86-95E1-CB08CA32DB65}"/>
      </w:docPartPr>
      <w:docPartBody>
        <w:p w:rsidR="00F6342A" w:rsidRDefault="00105700" w:rsidP="00105700">
          <w:pPr>
            <w:pStyle w:val="F1E4B7DFF15D4BBC9F5C6E51FE94A794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2B3317FEEC3C4152B813A064BCF463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A71515-42EF-4230-8914-C4D5F5D9A948}"/>
      </w:docPartPr>
      <w:docPartBody>
        <w:p w:rsidR="00F6342A" w:rsidRDefault="00105700" w:rsidP="00105700">
          <w:pPr>
            <w:pStyle w:val="2B3317FEEC3C4152B813A064BCF463E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2A9C04F51842A5AFE1DCF5BB30B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5762C-802A-4BCC-B53A-3B80F77689C9}"/>
      </w:docPartPr>
      <w:docPartBody>
        <w:p w:rsidR="00F6342A" w:rsidRDefault="00105700" w:rsidP="00105700">
          <w:pPr>
            <w:pStyle w:val="F22A9C04F51842A5AFE1DCF5BB30B89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99DDDD94AD4FED825DEA7E7694F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B93DF-5617-4B10-9558-7E54FCE13124}"/>
      </w:docPartPr>
      <w:docPartBody>
        <w:p w:rsidR="00F6342A" w:rsidRDefault="00105700" w:rsidP="00105700">
          <w:pPr>
            <w:pStyle w:val="4099DDDD94AD4FED825DEA7E7694F45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0F4B7CA261497F895396DEDC97C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7B457F-5568-4207-8880-4721F91D1798}"/>
      </w:docPartPr>
      <w:docPartBody>
        <w:p w:rsidR="00F6342A" w:rsidRDefault="00105700" w:rsidP="00105700">
          <w:pPr>
            <w:pStyle w:val="BB0F4B7CA261497F895396DEDC97C1C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1E2B6B59BE4D0296B82DF74515A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25792-7D6B-4B43-B4F9-C2F46A12E33D}"/>
      </w:docPartPr>
      <w:docPartBody>
        <w:p w:rsidR="00F6342A" w:rsidRDefault="00105700" w:rsidP="00105700">
          <w:pPr>
            <w:pStyle w:val="AD1E2B6B59BE4D0296B82DF74515AE7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A4195CD8334B1CA720AEAFC4014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3D10D-96B7-4830-9B80-CE655BDDF48B}"/>
      </w:docPartPr>
      <w:docPartBody>
        <w:p w:rsidR="00F6342A" w:rsidRDefault="00105700" w:rsidP="00105700">
          <w:pPr>
            <w:pStyle w:val="65A4195CD8334B1CA720AEAFC4014BC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2730A87A8D74D45BD6B81A7849C6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52B35-5DE9-4B99-8ACA-1F4B67C88EB2}"/>
      </w:docPartPr>
      <w:docPartBody>
        <w:p w:rsidR="00F6342A" w:rsidRDefault="00105700" w:rsidP="00105700">
          <w:pPr>
            <w:pStyle w:val="A2730A87A8D74D45BD6B81A7849C6EC4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C1F7F1B95E984A19A93D90E6B8524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50D2E4-97FC-4D78-857B-FD1CF91587C7}"/>
      </w:docPartPr>
      <w:docPartBody>
        <w:p w:rsidR="00F6342A" w:rsidRDefault="00105700" w:rsidP="00105700">
          <w:pPr>
            <w:pStyle w:val="C1F7F1B95E984A19A93D90E6B852479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F15342CE2B4639924C3380B4E1C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736DE-CD45-4D66-BECD-0F19A6742FB7}"/>
      </w:docPartPr>
      <w:docPartBody>
        <w:p w:rsidR="00F6342A" w:rsidRDefault="00105700" w:rsidP="00105700">
          <w:pPr>
            <w:pStyle w:val="04F15342CE2B4639924C3380B4E1CD1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62AF229FE41CDA7C12280DD236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60C2A-4690-44BB-97E4-A8DFDA183085}"/>
      </w:docPartPr>
      <w:docPartBody>
        <w:p w:rsidR="00F6342A" w:rsidRDefault="00105700" w:rsidP="00105700">
          <w:pPr>
            <w:pStyle w:val="76B62AF229FE41CDA7C12280DD236AB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8BD8E5DB7F41C08B51D4E59666D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F3DD4-352C-4447-A3A2-1A298CF6631F}"/>
      </w:docPartPr>
      <w:docPartBody>
        <w:p w:rsidR="00F6342A" w:rsidRDefault="00105700" w:rsidP="00105700">
          <w:pPr>
            <w:pStyle w:val="3C8BD8E5DB7F41C08B51D4E59666D5B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8770D56720454990BDF26E55748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E411A-1FC2-4A27-9C83-02687C88DEC0}"/>
      </w:docPartPr>
      <w:docPartBody>
        <w:p w:rsidR="00F6342A" w:rsidRDefault="00105700" w:rsidP="00105700">
          <w:pPr>
            <w:pStyle w:val="BC8770D56720454990BDF26E55748FD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52AF3C65F94162A04E5848D4604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06687-A79F-4422-9A60-2E42506E904B}"/>
      </w:docPartPr>
      <w:docPartBody>
        <w:p w:rsidR="00F6342A" w:rsidRDefault="00105700" w:rsidP="00105700">
          <w:pPr>
            <w:pStyle w:val="F752AF3C65F94162A04E5848D4604E2C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082C0916605441EA105F35E940CE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EEB42-2679-4F0D-9AB3-089526E579E8}"/>
      </w:docPartPr>
      <w:docPartBody>
        <w:p w:rsidR="00F6342A" w:rsidRDefault="00105700" w:rsidP="00105700">
          <w:pPr>
            <w:pStyle w:val="9082C0916605441EA105F35E940CEF0F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3FC78A74C724B43B9AD5C7A3C8774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6DE4F-DCF5-4FC2-8E0A-B5B8C670FFFA}"/>
      </w:docPartPr>
      <w:docPartBody>
        <w:p w:rsidR="00F6342A" w:rsidRDefault="00105700" w:rsidP="00105700">
          <w:pPr>
            <w:pStyle w:val="33FC78A74C724B43B9AD5C7A3C87746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4B05148BBD4EBEA2910119F7AE86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6D1C3-09CD-491F-9B37-EEE3A4CFA2CC}"/>
      </w:docPartPr>
      <w:docPartBody>
        <w:p w:rsidR="00F6342A" w:rsidRDefault="00105700" w:rsidP="00105700">
          <w:pPr>
            <w:pStyle w:val="934B05148BBD4EBEA2910119F7AE862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2A42D065EA41AFB27A71652B119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9A2A7-D28D-4F96-9B28-AEF98F55CA21}"/>
      </w:docPartPr>
      <w:docPartBody>
        <w:p w:rsidR="00F6342A" w:rsidRDefault="00105700" w:rsidP="00105700">
          <w:pPr>
            <w:pStyle w:val="DF2A42D065EA41AFB27A71652B11963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AEC30546454BB288391A9B6C8F97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ED8ED-1CF1-4CB0-8440-85D1808809B3}"/>
      </w:docPartPr>
      <w:docPartBody>
        <w:p w:rsidR="00F6342A" w:rsidRDefault="00105700" w:rsidP="00105700">
          <w:pPr>
            <w:pStyle w:val="80AEC30546454BB288391A9B6C8F977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ECB27B53954AADA9937BC5476229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379FC-4C39-4AF7-AC14-6943C6DEA5C9}"/>
      </w:docPartPr>
      <w:docPartBody>
        <w:p w:rsidR="00F6342A" w:rsidRDefault="00105700" w:rsidP="00105700">
          <w:pPr>
            <w:pStyle w:val="81ECB27B53954AADA9937BC54762293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8A39CD24A84F4098807C87B8812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7ACD9-A46B-417E-845E-70976E27A03B}"/>
      </w:docPartPr>
      <w:docPartBody>
        <w:p w:rsidR="00F6342A" w:rsidRDefault="00105700" w:rsidP="00105700">
          <w:pPr>
            <w:pStyle w:val="A78A39CD24A84F4098807C87B88122F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1C5741DB3144E2ACC77143CA3210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7EB50-5536-443F-A461-1CAE9D131E8B}"/>
      </w:docPartPr>
      <w:docPartBody>
        <w:p w:rsidR="00F6342A" w:rsidRDefault="00105700" w:rsidP="00105700">
          <w:pPr>
            <w:pStyle w:val="7D1C5741DB3144E2ACC77143CA3210B2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7E2384D5BDF4B4192240BDC08A454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ECDDC-842A-4B0E-A323-492FD61C7B29}"/>
      </w:docPartPr>
      <w:docPartBody>
        <w:p w:rsidR="00F6342A" w:rsidRDefault="00105700" w:rsidP="00105700">
          <w:pPr>
            <w:pStyle w:val="F7E2384D5BDF4B4192240BDC08A454D8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50A2DF04D3746439C9B57B030599E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650D9-6ED4-47BB-9B51-5FE5EF0ABC9B}"/>
      </w:docPartPr>
      <w:docPartBody>
        <w:p w:rsidR="00F6342A" w:rsidRDefault="00105700" w:rsidP="00105700">
          <w:pPr>
            <w:pStyle w:val="850A2DF04D3746439C9B57B030599E7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70F034EA334607BA4DBA95DEBB1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694856-5D1B-4AD3-B7AA-12D0AAE1185B}"/>
      </w:docPartPr>
      <w:docPartBody>
        <w:p w:rsidR="00F6342A" w:rsidRDefault="00105700" w:rsidP="00105700">
          <w:pPr>
            <w:pStyle w:val="B870F034EA334607BA4DBA95DEBB1E9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B246260252416EA468EBDBEAC36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517B7-1989-4AFE-90FB-D14485DCEFD2}"/>
      </w:docPartPr>
      <w:docPartBody>
        <w:p w:rsidR="00F6342A" w:rsidRDefault="00105700" w:rsidP="00105700">
          <w:pPr>
            <w:pStyle w:val="FFB246260252416EA468EBDBEAC360B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AADBF548FB4DE8B0C27F9696839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B9465-FB85-4E24-8BF3-A1F8798AD5F3}"/>
      </w:docPartPr>
      <w:docPartBody>
        <w:p w:rsidR="00F6342A" w:rsidRDefault="00105700" w:rsidP="00105700">
          <w:pPr>
            <w:pStyle w:val="84AADBF548FB4DE8B0C27F9696839FD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9F0DB6617E461BB6436A31ED7C8D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879C18-5482-485A-845C-D7A6EBBC0D8D}"/>
      </w:docPartPr>
      <w:docPartBody>
        <w:p w:rsidR="00F6342A" w:rsidRDefault="00105700" w:rsidP="00105700">
          <w:pPr>
            <w:pStyle w:val="B29F0DB6617E461BB6436A31ED7C8DE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C736901B0C413CB6BEB4D228A7A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D1B78-5790-47DB-A384-406F91F40F78}"/>
      </w:docPartPr>
      <w:docPartBody>
        <w:p w:rsidR="00F6342A" w:rsidRDefault="00105700" w:rsidP="00105700">
          <w:pPr>
            <w:pStyle w:val="DEC736901B0C413CB6BEB4D228A7A29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9EF4A7A8C34B26A76287AD49A51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D2034D-9C1B-4012-B517-4636196649F5}"/>
      </w:docPartPr>
      <w:docPartBody>
        <w:p w:rsidR="00F6342A" w:rsidRDefault="00105700" w:rsidP="00105700">
          <w:pPr>
            <w:pStyle w:val="EC9EF4A7A8C34B26A76287AD49A51047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0C87125A6584B29BAA07D9C7DBB6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8FD33-ECD5-49F8-B2F4-6F4157749835}"/>
      </w:docPartPr>
      <w:docPartBody>
        <w:p w:rsidR="00F6342A" w:rsidRDefault="00105700" w:rsidP="00105700">
          <w:pPr>
            <w:pStyle w:val="80C87125A6584B29BAA07D9C7DBB62C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AC9420694B481487FEE6D88C5499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0673A-74A4-4B67-AFA8-9CC3878CFFA0}"/>
      </w:docPartPr>
      <w:docPartBody>
        <w:p w:rsidR="00F6342A" w:rsidRDefault="00105700" w:rsidP="00105700">
          <w:pPr>
            <w:pStyle w:val="F0AC9420694B481487FEE6D88C5499F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3F3E7AFFFE4B3EA81C048C4FC73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C39389-E667-48C8-8F3E-246E238F73B3}"/>
      </w:docPartPr>
      <w:docPartBody>
        <w:p w:rsidR="00F6342A" w:rsidRDefault="00105700" w:rsidP="00105700">
          <w:pPr>
            <w:pStyle w:val="143F3E7AFFFE4B3EA81C048C4FC7336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58D3CF8AF0496AA3928E0D44C64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77E1D-51EE-40F0-A98C-8D883031BDD1}"/>
      </w:docPartPr>
      <w:docPartBody>
        <w:p w:rsidR="00F6342A" w:rsidRDefault="00105700" w:rsidP="00105700">
          <w:pPr>
            <w:pStyle w:val="B358D3CF8AF0496AA3928E0D44C648F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B1B5B482574E348E7D2F5E098C96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9C049-1562-4624-ADAC-7EAA9DDFDF11}"/>
      </w:docPartPr>
      <w:docPartBody>
        <w:p w:rsidR="00F6342A" w:rsidRDefault="00105700" w:rsidP="00105700">
          <w:pPr>
            <w:pStyle w:val="2AB1B5B482574E348E7D2F5E098C961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7DFAF5A13348F4A25D3975DE508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A31D6-CCBB-4275-809D-1ECEC79ADEF8}"/>
      </w:docPartPr>
      <w:docPartBody>
        <w:p w:rsidR="00F6342A" w:rsidRDefault="00105700" w:rsidP="00105700">
          <w:pPr>
            <w:pStyle w:val="447DFAF5A13348F4A25D3975DE5081A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5EB003820D14F3984BC865BD31F6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3129B-B554-4336-8338-977CDBEA68C3}"/>
      </w:docPartPr>
      <w:docPartBody>
        <w:p w:rsidR="00F6342A" w:rsidRDefault="00105700" w:rsidP="00105700">
          <w:pPr>
            <w:pStyle w:val="45EB003820D14F3984BC865BD31F6994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6CF159DAF3F443478638E92C4E64F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381FC-6F22-449E-A716-BCB454224015}"/>
      </w:docPartPr>
      <w:docPartBody>
        <w:p w:rsidR="00F6342A" w:rsidRDefault="00105700" w:rsidP="00105700">
          <w:pPr>
            <w:pStyle w:val="6CF159DAF3F443478638E92C4E64FA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32C4FD67D94C6080DDF0C377F8D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4246D-953D-4C13-85EE-BF1BED8C31D6}"/>
      </w:docPartPr>
      <w:docPartBody>
        <w:p w:rsidR="00F6342A" w:rsidRDefault="00105700" w:rsidP="00105700">
          <w:pPr>
            <w:pStyle w:val="3332C4FD67D94C6080DDF0C377F8D8F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B68850B7254B06BBE5182B9D5BF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25FAA-B124-4B9B-A713-CD8AABE03B5F}"/>
      </w:docPartPr>
      <w:docPartBody>
        <w:p w:rsidR="00F6342A" w:rsidRDefault="00105700" w:rsidP="00105700">
          <w:pPr>
            <w:pStyle w:val="58B68850B7254B06BBE5182B9D5BFE9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DA8FBD6E09474193BEB004E04E7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4DA62-392E-45FC-9530-BDE219B06FEC}"/>
      </w:docPartPr>
      <w:docPartBody>
        <w:p w:rsidR="00F6342A" w:rsidRDefault="00105700" w:rsidP="00105700">
          <w:pPr>
            <w:pStyle w:val="0EDA8FBD6E09474193BEB004E04E7E36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F0901CCDF4F54911B0BBE0EDA5996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D8C24-2646-4301-9025-9D9EF3305F52}"/>
      </w:docPartPr>
      <w:docPartBody>
        <w:p w:rsidR="00F6342A" w:rsidRDefault="00105700" w:rsidP="00105700">
          <w:pPr>
            <w:pStyle w:val="F0901CCDF4F54911B0BBE0EDA5996E3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16C36D78E94674A5FB17D37089E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28C64-9FD6-4CA0-B5B2-D8573A8B66C2}"/>
      </w:docPartPr>
      <w:docPartBody>
        <w:p w:rsidR="00F6342A" w:rsidRDefault="00105700" w:rsidP="00105700">
          <w:pPr>
            <w:pStyle w:val="1D16C36D78E94674A5FB17D37089E87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7FE8201C0042F3A3CFB75A1883A1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7F85C-6A7E-4A66-98B0-860092730D30}"/>
      </w:docPartPr>
      <w:docPartBody>
        <w:p w:rsidR="00F6342A" w:rsidRDefault="00105700" w:rsidP="00105700">
          <w:pPr>
            <w:pStyle w:val="4A7FE8201C0042F3A3CFB75A1883A1E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366BA5E3D648439ED8F9DB24556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4E1DE2-E6F0-45E7-B038-6F9AABBAB23C}"/>
      </w:docPartPr>
      <w:docPartBody>
        <w:p w:rsidR="00F6342A" w:rsidRDefault="00105700" w:rsidP="00105700">
          <w:pPr>
            <w:pStyle w:val="3B366BA5E3D648439ED8F9DB245562CA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3123CCD61664894B60A0F7324B26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0C02C-CD86-443B-B4CE-60D763772EA0}"/>
      </w:docPartPr>
      <w:docPartBody>
        <w:p w:rsidR="00F6342A" w:rsidRDefault="00105700" w:rsidP="00105700">
          <w:pPr>
            <w:pStyle w:val="73123CCD61664894B60A0F7324B26ECD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4F2A58BFC40B464AAB19117009467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F9A9F-8B4F-4772-9B7B-EE49D42CF61B}"/>
      </w:docPartPr>
      <w:docPartBody>
        <w:p w:rsidR="00F6342A" w:rsidRDefault="00105700" w:rsidP="00105700">
          <w:pPr>
            <w:pStyle w:val="4F2A58BFC40B464AAB191170094679E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8F96F0549B45B4B162AD62333D7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B2BBB-44FB-4733-89CB-28D9D42430F4}"/>
      </w:docPartPr>
      <w:docPartBody>
        <w:p w:rsidR="00F6342A" w:rsidRDefault="00105700" w:rsidP="00105700">
          <w:pPr>
            <w:pStyle w:val="E88F96F0549B45B4B162AD62333D7D6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8BD40F012842FB9E28922B44FF7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C565C-746B-44D9-9EE4-BA83846D8A32}"/>
      </w:docPartPr>
      <w:docPartBody>
        <w:p w:rsidR="00F6342A" w:rsidRDefault="00105700" w:rsidP="00105700">
          <w:pPr>
            <w:pStyle w:val="358BD40F012842FB9E28922B44FF74E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DAF52A1B25431186D9986FB3D04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DC672-0B66-4CD3-A39B-9D971F51A66C}"/>
      </w:docPartPr>
      <w:docPartBody>
        <w:p w:rsidR="00F6342A" w:rsidRDefault="00105700" w:rsidP="00105700">
          <w:pPr>
            <w:pStyle w:val="D8DAF52A1B25431186D9986FB3D04316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567F96C0FCE40CD981B22DAAC560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46008-8991-40E6-8DFC-E2E6D497E548}"/>
      </w:docPartPr>
      <w:docPartBody>
        <w:p w:rsidR="00F6342A" w:rsidRDefault="00105700" w:rsidP="00105700">
          <w:pPr>
            <w:pStyle w:val="3567F96C0FCE40CD981B22DAAC56081E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8238753DC0D543B9A084EB31057B8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6F684-7D7C-4FEA-B979-48B8BF56A83D}"/>
      </w:docPartPr>
      <w:docPartBody>
        <w:p w:rsidR="00F6342A" w:rsidRDefault="00105700" w:rsidP="00105700">
          <w:pPr>
            <w:pStyle w:val="8238753DC0D543B9A084EB31057B89E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E81F6B484F4876B21FB8C4EAF9E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43129C-82A9-40B7-9D8A-76BF3E5A0413}"/>
      </w:docPartPr>
      <w:docPartBody>
        <w:p w:rsidR="00F6342A" w:rsidRDefault="00105700" w:rsidP="00105700">
          <w:pPr>
            <w:pStyle w:val="83E81F6B484F4876B21FB8C4EAF9ED7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E7A8F88415407B957B048BA3D864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8C104-CB09-44AC-93DE-652889CEAC3B}"/>
      </w:docPartPr>
      <w:docPartBody>
        <w:p w:rsidR="00F6342A" w:rsidRDefault="00105700" w:rsidP="00105700">
          <w:pPr>
            <w:pStyle w:val="38E7A8F88415407B957B048BA3D8649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7C55A61EED47A2A50771E2750FD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D91280-A643-4788-9EE9-DF65573E711A}"/>
      </w:docPartPr>
      <w:docPartBody>
        <w:p w:rsidR="00F6342A" w:rsidRDefault="00105700" w:rsidP="00105700">
          <w:pPr>
            <w:pStyle w:val="AE7C55A61EED47A2A50771E2750FD8B4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222110D62B54D7E9FCC3ACAB3A85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E0D56-F53F-4812-ABB8-3E0EED8FAF33}"/>
      </w:docPartPr>
      <w:docPartBody>
        <w:p w:rsidR="00F6342A" w:rsidRDefault="00105700" w:rsidP="00105700">
          <w:pPr>
            <w:pStyle w:val="9222110D62B54D7E9FCC3ACAB3A8530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58DAD0A9614BFB9960C31C62AD2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7AFE45-C4E2-46F4-924E-33EF9B7E9BB7}"/>
      </w:docPartPr>
      <w:docPartBody>
        <w:p w:rsidR="00F6342A" w:rsidRDefault="00105700" w:rsidP="00105700">
          <w:pPr>
            <w:pStyle w:val="7D58DAD0A9614BFB9960C31C62AD22B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9343AB36114D8EA46D6D411F252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B4E05D-24ED-4571-B451-518BB63B7F32}"/>
      </w:docPartPr>
      <w:docPartBody>
        <w:p w:rsidR="00F6342A" w:rsidRDefault="00105700" w:rsidP="00105700">
          <w:pPr>
            <w:pStyle w:val="B59343AB36114D8EA46D6D411F25220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5D0F1BE59F4BDE9EDCCB761A2796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56098-50AB-473D-A490-46653F59B6C3}"/>
      </w:docPartPr>
      <w:docPartBody>
        <w:p w:rsidR="00F6342A" w:rsidRDefault="00105700" w:rsidP="00105700">
          <w:pPr>
            <w:pStyle w:val="265D0F1BE59F4BDE9EDCCB761A2796B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6DC654FE354BB782480FD0C4DF7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614B5-796A-4901-939E-925268E44BBD}"/>
      </w:docPartPr>
      <w:docPartBody>
        <w:p w:rsidR="00F6342A" w:rsidRDefault="00105700" w:rsidP="00105700">
          <w:pPr>
            <w:pStyle w:val="516DC654FE354BB782480FD0C4DF7C0F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B7C7CFDC2D644289AE2AB641AE071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F2E95E-474A-4C84-99F3-846F9E36FA7E}"/>
      </w:docPartPr>
      <w:docPartBody>
        <w:p w:rsidR="00F6342A" w:rsidRDefault="00105700" w:rsidP="00105700">
          <w:pPr>
            <w:pStyle w:val="B7C7CFDC2D644289AE2AB641AE0715C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3EF648034E4E958D1E9FC0362AE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C9990-216D-4939-9877-318858D29066}"/>
      </w:docPartPr>
      <w:docPartBody>
        <w:p w:rsidR="00F6342A" w:rsidRDefault="00105700" w:rsidP="00105700">
          <w:pPr>
            <w:pStyle w:val="C33EF648034E4E958D1E9FC0362AE81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80A06ED6C5445B8F08B955F893D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0356C-C677-46C0-BD4D-0212D4F902D9}"/>
      </w:docPartPr>
      <w:docPartBody>
        <w:p w:rsidR="00F6342A" w:rsidRDefault="00105700" w:rsidP="00105700">
          <w:pPr>
            <w:pStyle w:val="D580A06ED6C5445B8F08B955F893D74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45B918E206447AA7980C7A45CB37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033BD-548B-45E3-AA26-9C64263F03D1}"/>
      </w:docPartPr>
      <w:docPartBody>
        <w:p w:rsidR="00F6342A" w:rsidRDefault="00105700" w:rsidP="00105700">
          <w:pPr>
            <w:pStyle w:val="C345B918E206447AA7980C7A45CB374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E4A5576BC74845ABF087A0CD0A2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87B98-31DF-4CEB-A49F-9CDDF3F2FBA5}"/>
      </w:docPartPr>
      <w:docPartBody>
        <w:p w:rsidR="00F6342A" w:rsidRDefault="00105700" w:rsidP="00105700">
          <w:pPr>
            <w:pStyle w:val="78E4A5576BC74845ABF087A0CD0A20D9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B498DC7CCBC47D192E4779723D0C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8AF41A-D0B6-4D12-A1A0-E7E50BDEA92C}"/>
      </w:docPartPr>
      <w:docPartBody>
        <w:p w:rsidR="00F6342A" w:rsidRDefault="00105700" w:rsidP="00105700">
          <w:pPr>
            <w:pStyle w:val="FB498DC7CCBC47D192E4779723D0CAA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5EFB18D03E4D71967C3BF172AB8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A033A5-5D89-4B31-AB0B-04CDF9E70177}"/>
      </w:docPartPr>
      <w:docPartBody>
        <w:p w:rsidR="00F6342A" w:rsidRDefault="00105700" w:rsidP="00105700">
          <w:pPr>
            <w:pStyle w:val="305EFB18D03E4D71967C3BF172AB8D2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4893444DC047359564AC2AFFD5B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8F5AFA-16F0-4185-A4F0-72C72248D1A1}"/>
      </w:docPartPr>
      <w:docPartBody>
        <w:p w:rsidR="00F6342A" w:rsidRDefault="00105700" w:rsidP="00105700">
          <w:pPr>
            <w:pStyle w:val="6F4893444DC047359564AC2AFFD5B6E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746751BA5E40DC99287342BB83A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E3BD58-62FA-4EDF-BC8C-A3A81787D081}"/>
      </w:docPartPr>
      <w:docPartBody>
        <w:p w:rsidR="00F6342A" w:rsidRDefault="00105700" w:rsidP="00105700">
          <w:pPr>
            <w:pStyle w:val="30746751BA5E40DC99287342BB83AF6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CBF98224EA466FA710BF2B4F12EE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71006-5AD9-407A-8200-7AB11A9328CC}"/>
      </w:docPartPr>
      <w:docPartBody>
        <w:p w:rsidR="00F6342A" w:rsidRDefault="00105700" w:rsidP="00105700">
          <w:pPr>
            <w:pStyle w:val="C9CBF98224EA466FA710BF2B4F12EEC5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934D5"/>
    <w:rsid w:val="00105700"/>
    <w:rsid w:val="00121D23"/>
    <w:rsid w:val="002630F8"/>
    <w:rsid w:val="00285B69"/>
    <w:rsid w:val="004161F5"/>
    <w:rsid w:val="00490D4F"/>
    <w:rsid w:val="005A051B"/>
    <w:rsid w:val="006239E1"/>
    <w:rsid w:val="00667F4B"/>
    <w:rsid w:val="00692C50"/>
    <w:rsid w:val="006D0099"/>
    <w:rsid w:val="007A5F7C"/>
    <w:rsid w:val="00857D96"/>
    <w:rsid w:val="008B2AB1"/>
    <w:rsid w:val="0090320F"/>
    <w:rsid w:val="00917BE7"/>
    <w:rsid w:val="00926343"/>
    <w:rsid w:val="009A5C93"/>
    <w:rsid w:val="00B302C0"/>
    <w:rsid w:val="00BD0B7C"/>
    <w:rsid w:val="00E5708D"/>
    <w:rsid w:val="00F277ED"/>
    <w:rsid w:val="00F6342A"/>
    <w:rsid w:val="00F75C6A"/>
    <w:rsid w:val="00FB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05700"/>
    <w:rPr>
      <w:color w:val="666666"/>
    </w:rPr>
  </w:style>
  <w:style w:type="paragraph" w:customStyle="1" w:styleId="0423504971984E3CA014D7D54995C960">
    <w:name w:val="0423504971984E3CA014D7D54995C960"/>
    <w:rsid w:val="004161F5"/>
  </w:style>
  <w:style w:type="paragraph" w:customStyle="1" w:styleId="1734C0B0E50C4165979C1D1CD6EF5118">
    <w:name w:val="1734C0B0E50C4165979C1D1CD6EF5118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">
    <w:name w:val="F4D6CB2241074A76A75ACE4A72F3BACA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">
    <w:name w:val="5C6BE9DD57B042A78E73AE6C65AB81E9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">
    <w:name w:val="B94FF17A7DD844238942618D220CAEE0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">
    <w:name w:val="D5F14FB66A15431389EB3E003A7DADB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E5F504CE04A3283DBB5C362BF53DD">
    <w:name w:val="767E5F504CE04A3283DBB5C362BF53DD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84E538356841158C171F82ADDD532E">
    <w:name w:val="E784E538356841158C171F82ADDD532E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FA136DFCC9400EA3643631FD9D49AC">
    <w:name w:val="15FA136DFCC9400EA3643631FD9D49AC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50B01579224C17841E78E78C05793F">
    <w:name w:val="0650B01579224C17841E78E78C05793F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">
    <w:name w:val="758EF154077D4EC492E0AA02749775EE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">
    <w:name w:val="60444590C5F4414E83C6454885D5753D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">
    <w:name w:val="096DC268CB3744C7AF90E558EFABE7F6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">
    <w:name w:val="16EE3227410F4460A6706019F08584BA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">
    <w:name w:val="35C6ADD19D0A4F7F9AA8A8D4CCB1374F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">
    <w:name w:val="0AD4EFDEB46F4DD3B07D7D864B6EAEB2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">
    <w:name w:val="C969D259CE28476AA1EB44B74A93B0DE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">
    <w:name w:val="4163D3241B974CB9999FF0EC5B4E2B2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">
    <w:name w:val="89495584885745569DDCF4FEC1482D05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">
    <w:name w:val="66C6F6902A3B4D4CA7D745FDDA70B68A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">
    <w:name w:val="4CD965A9EE694FECADF2476D720E7B6E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">
    <w:name w:val="09E232A6ADC042DB884957F020A929BA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">
    <w:name w:val="3DF7FD3C5E5C4C0992D419903A5ACDD9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">
    <w:name w:val="CADFFF9D18954E1993F5C0789B03E179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">
    <w:name w:val="657F90F891404138BEF4C8B0986FE706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">
    <w:name w:val="C9113B8A854441D682CE5AC80AFB0860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">
    <w:name w:val="A98CC7936C024C2988776FBA2CC670BD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">
    <w:name w:val="2E9B36F7201C45DF99CA9FA9C42900AE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">
    <w:name w:val="09814CF1CD7A47D3BB560F37A96F9D58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">
    <w:name w:val="7793DEAF92564508A217818A964BBBC0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">
    <w:name w:val="872FF4CA11794B8A841DB2220DF10EA6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">
    <w:name w:val="4E97BD512F134974B65EC5CE1A1FFA5C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">
    <w:name w:val="43C24FC1DD4E4C25906C3761C0E444F2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">
    <w:name w:val="6E5B51F8A20C49259CB13015EB121389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">
    <w:name w:val="ACA81B7FEB124004A04A95F11ADBD7A7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">
    <w:name w:val="E3F5175B57004446843F4F317C13BE7C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">
    <w:name w:val="6E2E25C8BD59485F83A4E1A3EB66C1CA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">
    <w:name w:val="74CADD3637F3476CAEF2795719E307AF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">
    <w:name w:val="AB27C8C8D90949D99B80C3BCC40C6DB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">
    <w:name w:val="BE6BAA36B4CE46CCBA1107A2CA86328D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">
    <w:name w:val="98F3A9EE91754E259AFD2F141BD88EC3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">
    <w:name w:val="A562792367E244C2B52C13434E400DB2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">
    <w:name w:val="7E217E49FF2B4BCCB4F3ACCCBA862056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">
    <w:name w:val="A6B6B6169038418C8F137F03A3BAC3E6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">
    <w:name w:val="BA84038C5BAB4BC98BCFD7720888F4EA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">
    <w:name w:val="2A85F1BB5E59479D91B2E845B74103B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">
    <w:name w:val="734A0FEE22AB4D08A85FAFBB84445CB9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">
    <w:name w:val="3AE69983638E496B87E186B118E83D05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">
    <w:name w:val="4E1B8BE8E635423EB269141E9E2912AC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">
    <w:name w:val="522C19E6AA2346A4966003129C441C2C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">
    <w:name w:val="DC6DBC8E8B3947CB8F9195F36B67D85A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">
    <w:name w:val="49487EF4E50B45EF8F8DF0A58099CB09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8313AC1A6664BC996892197D812C8B01">
    <w:name w:val="A8313AC1A6664BC996892197D812C8B0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297149943FB4CAEAD3E76D14FCF52241">
    <w:name w:val="2297149943FB4CAEAD3E76D14FCF5224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1E4B7DFF15D4BBC9F5C6E51FE94A7941">
    <w:name w:val="F1E4B7DFF15D4BBC9F5C6E51FE94A794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B3317FEEC3C4152B813A064BCF463EC1">
    <w:name w:val="2B3317FEEC3C4152B813A064BCF463EC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22A9C04F51842A5AFE1DCF5BB30B8971">
    <w:name w:val="F22A9C04F51842A5AFE1DCF5BB30B897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099DDDD94AD4FED825DEA7E7694F4521">
    <w:name w:val="4099DDDD94AD4FED825DEA7E7694F452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B0F4B7CA261497F895396DEDC97C1CE1">
    <w:name w:val="BB0F4B7CA261497F895396DEDC97C1CE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D1E2B6B59BE4D0296B82DF74515AE7F1">
    <w:name w:val="AD1E2B6B59BE4D0296B82DF74515AE7F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A4195CD8334B1CA720AEAFC4014BC51">
    <w:name w:val="65A4195CD8334B1CA720AEAFC4014BC5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2730A87A8D74D45BD6B81A7849C6EC41">
    <w:name w:val="A2730A87A8D74D45BD6B81A7849C6EC4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1F7F1B95E984A19A93D90E6B852479D1">
    <w:name w:val="C1F7F1B95E984A19A93D90E6B852479D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4F15342CE2B4639924C3380B4E1CD131">
    <w:name w:val="04F15342CE2B4639924C3380B4E1CD13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B62AF229FE41CDA7C12280DD236ABF1">
    <w:name w:val="76B62AF229FE41CDA7C12280DD236ABF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C8BD8E5DB7F41C08B51D4E59666D5BA1">
    <w:name w:val="3C8BD8E5DB7F41C08B51D4E59666D5BA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C8770D56720454990BDF26E55748FD31">
    <w:name w:val="BC8770D56720454990BDF26E55748FD3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752AF3C65F94162A04E5848D4604E2C1">
    <w:name w:val="F752AF3C65F94162A04E5848D4604E2C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082C0916605441EA105F35E940CEF0F1">
    <w:name w:val="9082C0916605441EA105F35E940CEF0F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3FC78A74C724B43B9AD5C7A3C8774651">
    <w:name w:val="33FC78A74C724B43B9AD5C7A3C877465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4B05148BBD4EBEA2910119F7AE86281">
    <w:name w:val="934B05148BBD4EBEA2910119F7AE8628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F2A42D065EA41AFB27A71652B11963B1">
    <w:name w:val="DF2A42D065EA41AFB27A71652B11963B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0AEC30546454BB288391A9B6C8F97711">
    <w:name w:val="80AEC30546454BB288391A9B6C8F9771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">
    <w:name w:val="C6C5AA04D5744E5397F5B4C02E599FEC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">
    <w:name w:val="657845195F10471BB191FDF6254F450F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">
    <w:name w:val="4261ABEBA6024587BD9BFFA89B86CBAD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">
    <w:name w:val="ECE4C47E07C843CCA2D7255597D07705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">
    <w:name w:val="9444CF760006459A89EF2B7CE3AFF2D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">
    <w:name w:val="A451D5A1F2414B9AB219F05CFB3EC45E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">
    <w:name w:val="E58E1C4CC73644419B96786849CD0414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90A19DFEA52488BB99915162C93968C">
    <w:name w:val="D90A19DFEA52488BB99915162C93968C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1563FD68FD43D5BA165673FF6D1378">
    <w:name w:val="521563FD68FD43D5BA165673FF6D1378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408CFFC6BA4AA5A655C4CB9E8D33BD">
    <w:name w:val="AE408CFFC6BA4AA5A655C4CB9E8D33BD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C883E787A7487E8AC9A2460D0D6120">
    <w:name w:val="77C883E787A7487E8AC9A2460D0D6120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FABB6305204921AB41714CDBEF1F2C">
    <w:name w:val="EDFABB6305204921AB41714CDBEF1F2C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948876AF22424CB7ED2F5AF92F9C43">
    <w:name w:val="39948876AF22424CB7ED2F5AF92F9C43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EA29DA30454295831DD7CCFD08932C">
    <w:name w:val="4EEA29DA30454295831DD7CCFD08932C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1ECB27B53954AADA9937BC54762293A1">
    <w:name w:val="81ECB27B53954AADA9937BC54762293A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78A39CD24A84F4098807C87B88122F81">
    <w:name w:val="A78A39CD24A84F4098807C87B88122F8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D1C5741DB3144E2ACC77143CA3210B21">
    <w:name w:val="7D1C5741DB3144E2ACC77143CA3210B2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7E2384D5BDF4B4192240BDC08A454D81">
    <w:name w:val="F7E2384D5BDF4B4192240BDC08A454D8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50A2DF04D3746439C9B57B030599E791">
    <w:name w:val="850A2DF04D3746439C9B57B030599E79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870F034EA334607BA4DBA95DEBB1E981">
    <w:name w:val="B870F034EA334607BA4DBA95DEBB1E98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B246260252416EA468EBDBEAC360BC1">
    <w:name w:val="FFB246260252416EA468EBDBEAC360BC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4AADBF548FB4DE8B0C27F9696839FD91">
    <w:name w:val="84AADBF548FB4DE8B0C27F9696839FD9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29F0DB6617E461BB6436A31ED7C8DE41">
    <w:name w:val="B29F0DB6617E461BB6436A31ED7C8DE4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EC736901B0C413CB6BEB4D228A7A2931">
    <w:name w:val="DEC736901B0C413CB6BEB4D228A7A293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9EF4A7A8C34B26A76287AD49A510471">
    <w:name w:val="EC9EF4A7A8C34B26A76287AD49A51047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0C87125A6584B29BAA07D9C7DBB62CE1">
    <w:name w:val="80C87125A6584B29BAA07D9C7DBB62CE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AC9420694B481487FEE6D88C5499F21">
    <w:name w:val="F0AC9420694B481487FEE6D88C5499F2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43F3E7AFFFE4B3EA81C048C4FC7336A1">
    <w:name w:val="143F3E7AFFFE4B3EA81C048C4FC7336A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358D3CF8AF0496AA3928E0D44C648FD1">
    <w:name w:val="B358D3CF8AF0496AA3928E0D44C648FD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B1B5B482574E348E7D2F5E098C961F1">
    <w:name w:val="2AB1B5B482574E348E7D2F5E098C961F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47DFAF5A13348F4A25D3975DE5081A51">
    <w:name w:val="447DFAF5A13348F4A25D3975DE5081A5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5EB003820D14F3984BC865BD31F69941">
    <w:name w:val="45EB003820D14F3984BC865BD31F6994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CF159DAF3F443478638E92C4E64FACA1">
    <w:name w:val="6CF159DAF3F443478638E92C4E64FACA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332C4FD67D94C6080DDF0C377F8D8F91">
    <w:name w:val="3332C4FD67D94C6080DDF0C377F8D8F9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B68850B7254B06BBE5182B9D5BFE961">
    <w:name w:val="58B68850B7254B06BBE5182B9D5BFE96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">
    <w:name w:val="CA4E4ABAE5DA465E97A6237A7809538C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">
    <w:name w:val="156AE4FD73954CA688AAE317B321396B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">
    <w:name w:val="6D5A277E4DAE4119840AF2E2D970FC5F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">
    <w:name w:val="586FFECF142C4598987272C037E4807A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">
    <w:name w:val="0FB6E5FECABF45829BB384A56029A28D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36CEBDA55446F2B898CE82D65A7F19">
    <w:name w:val="2636CEBDA55446F2B898CE82D65A7F19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AD7A19AFD34107A93F340107E987C9">
    <w:name w:val="B1AD7A19AFD34107A93F340107E987C9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6A75EF89754CCCA94133C3ED148370">
    <w:name w:val="886A75EF89754CCCA94133C3ED148370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D57F54BA834AB1B5607992871117D0">
    <w:name w:val="5ED57F54BA834AB1B5607992871117D0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FABCABA0B9461DA7D3E68645D5FAB7">
    <w:name w:val="6DFABCABA0B9461DA7D3E68645D5FAB7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DA8FBD6E09474193BEB004E04E7E361">
    <w:name w:val="0EDA8FBD6E09474193BEB004E04E7E36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901CCDF4F54911B0BBE0EDA5996E391">
    <w:name w:val="F0901CCDF4F54911B0BBE0EDA5996E39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D16C36D78E94674A5FB17D37089E87C1">
    <w:name w:val="1D16C36D78E94674A5FB17D37089E87C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A7FE8201C0042F3A3CFB75A1883A1E11">
    <w:name w:val="4A7FE8201C0042F3A3CFB75A1883A1E1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366BA5E3D648439ED8F9DB245562CA1">
    <w:name w:val="3B366BA5E3D648439ED8F9DB245562CA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123CCD61664894B60A0F7324B26ECD1">
    <w:name w:val="73123CCD61664894B60A0F7324B26ECD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F2A58BFC40B464AAB191170094679EA1">
    <w:name w:val="4F2A58BFC40B464AAB191170094679EA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88F96F0549B45B4B162AD62333D7D651">
    <w:name w:val="E88F96F0549B45B4B162AD62333D7D65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8BD40F012842FB9E28922B44FF74E41">
    <w:name w:val="358BD40F012842FB9E28922B44FF74E4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8DAF52A1B25431186D9986FB3D043161">
    <w:name w:val="D8DAF52A1B25431186D9986FB3D04316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67F96C0FCE40CD981B22DAAC56081E1">
    <w:name w:val="3567F96C0FCE40CD981B22DAAC56081E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238753DC0D543B9A084EB31057B89E51">
    <w:name w:val="8238753DC0D543B9A084EB31057B89E5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3E81F6B484F4876B21FB8C4EAF9ED7D1">
    <w:name w:val="83E81F6B484F4876B21FB8C4EAF9ED7D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8E7A8F88415407B957B048BA3D864941">
    <w:name w:val="38E7A8F88415407B957B048BA3D86494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7C55A61EED47A2A50771E2750FD8B41">
    <w:name w:val="AE7C55A61EED47A2A50771E2750FD8B4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">
    <w:name w:val="7041F98D97294F33B27DB409BE8E34F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">
    <w:name w:val="73AB6D1D873F4738BF61AE697637871D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">
    <w:name w:val="520891A0A4C04E9D9F8A8F3644975CB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">
    <w:name w:val="C582574595EA444189787F4DFB8EE37F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">
    <w:name w:val="55670920D67C4481B676B57D42BEF39B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98BD6A7E484DF08110B1C4E624D3D0">
    <w:name w:val="9F98BD6A7E484DF08110B1C4E624D3D0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33C5AFA5E7E4902A9BB228B214E5792">
    <w:name w:val="233C5AFA5E7E4902A9BB228B214E5792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8839E78C2545FD826212E931A37F3B">
    <w:name w:val="1B8839E78C2545FD826212E931A37F3B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9B61E07360347BCBC59BA9F385F7236">
    <w:name w:val="69B61E07360347BCBC59BA9F385F7236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ADD47DEE724B839CD6026B1BF75AA9">
    <w:name w:val="EEADD47DEE724B839CD6026B1BF75AA9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222110D62B54D7E9FCC3ACAB3A853081">
    <w:name w:val="9222110D62B54D7E9FCC3ACAB3A85308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D58DAD0A9614BFB9960C31C62AD22BD1">
    <w:name w:val="7D58DAD0A9614BFB9960C31C62AD22BD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59343AB36114D8EA46D6D411F25220C1">
    <w:name w:val="B59343AB36114D8EA46D6D411F25220C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5D0F1BE59F4BDE9EDCCB761A2796BF1">
    <w:name w:val="265D0F1BE59F4BDE9EDCCB761A2796BF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16DC654FE354BB782480FD0C4DF7C0F1">
    <w:name w:val="516DC654FE354BB782480FD0C4DF7C0F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7C7CFDC2D644289AE2AB641AE0715CF1">
    <w:name w:val="B7C7CFDC2D644289AE2AB641AE0715CF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33EF648034E4E958D1E9FC0362AE8121">
    <w:name w:val="C33EF648034E4E958D1E9FC0362AE812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80A06ED6C5445B8F08B955F893D74A1">
    <w:name w:val="D580A06ED6C5445B8F08B955F893D74A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345B918E206447AA7980C7A45CB37491">
    <w:name w:val="C345B918E206447AA7980C7A45CB3749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8E4A5576BC74845ABF087A0CD0A20D91">
    <w:name w:val="78E4A5576BC74845ABF087A0CD0A20D9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B498DC7CCBC47D192E4779723D0CAA91">
    <w:name w:val="FB498DC7CCBC47D192E4779723D0CAA9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05EFB18D03E4D71967C3BF172AB8D261">
    <w:name w:val="305EFB18D03E4D71967C3BF172AB8D26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F4893444DC047359564AC2AFFD5B6EA1">
    <w:name w:val="6F4893444DC047359564AC2AFFD5B6EA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0746751BA5E40DC99287342BB83AF661">
    <w:name w:val="30746751BA5E40DC99287342BB83AF66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CBF98224EA466FA710BF2B4F12EEC51">
    <w:name w:val="C9CBF98224EA466FA710BF2B4F12EEC5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D02D12569949259F4B303AE9EE91BE1">
    <w:name w:val="E7D02D12569949259F4B303AE9EE91BE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A78230F4974F91A466D1A3E44D5E2D1">
    <w:name w:val="CAA78230F4974F91A466D1A3E44D5E2D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FA2EC4C7B4356B9A2A03A62C389681">
    <w:name w:val="F0CFA2EC4C7B4356B9A2A03A62C38968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1">
    <w:name w:val="9380793E9EE044989EB44762814E78B6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951C26B4874E2787CBE628EA2C20941">
    <w:name w:val="0E951C26B4874E2787CBE628EA2C2094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E5AC0373094234B85BEF415F1A89981">
    <w:name w:val="07E5AC0373094234B85BEF415F1A8998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1">
    <w:name w:val="3ED87B2022A34B2198DC2B217B191AF1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380ACF96F4D0C8C1A7DCE5CFD83A81">
    <w:name w:val="767380ACF96F4D0C8C1A7DCE5CFD83A81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2E9F0F3C3549C29B060FC2F2A6D578">
    <w:name w:val="A52E9F0F3C3549C29B060FC2F2A6D578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36CB3F2E58949E09F2EAE0D704C7EE0">
    <w:name w:val="136CB3F2E58949E09F2EAE0D704C7EE0"/>
    <w:rsid w:val="0010570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383CA1-4EBA-4675-946A-4E3876E1728D}">
  <we:reference id="a3b40b4f-8edf-490e-9df1-7e66f93912bf" version="1.2.0.0" store="EXCatalog" storeType="EXCatalog"/>
  <we:alternateReferences>
    <we:reference id="WA104380526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85260-356a-4f99-88cc-936cb4cb807e"/>
    <ds:schemaRef ds:uri="503bbec5-b5d2-4817-b31a-e56cf9689349"/>
  </ds:schemaRefs>
</ds:datastoreItem>
</file>

<file path=customXml/itemProps3.xml><?xml version="1.0" encoding="utf-8"?>
<ds:datastoreItem xmlns:ds="http://schemas.openxmlformats.org/officeDocument/2006/customXml" ds:itemID="{23742AD1-EAC7-40D0-9411-40F8C3B418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3bbec5-b5d2-4817-b31a-e56cf9689349"/>
    <ds:schemaRef ds:uri="15185260-356a-4f99-88cc-936cb4cb8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1801</Words>
  <Characters>10272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6</cp:revision>
  <dcterms:created xsi:type="dcterms:W3CDTF">2026-08-21T13:04:00Z</dcterms:created>
  <dcterms:modified xsi:type="dcterms:W3CDTF">2026-10-07T10:56:00Z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